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C6D9F1" w:themeColor="text2" w:themeTint="33"/>
  <w:body>
    <w:p w14:paraId="70268005" w14:textId="77777777" w:rsidR="00D47F66" w:rsidRDefault="00D47F66">
      <w:pPr>
        <w:spacing w:after="20" w:line="240" w:lineRule="auto"/>
        <w:jc w:val="center"/>
        <w:rPr>
          <w:rFonts w:ascii="ISNAD Font" w:eastAsia="Arial" w:hAnsi="ISNAD Font" w:cs="ISNAD Font"/>
          <w:b/>
          <w:color w:val="17365D"/>
          <w:sz w:val="24"/>
          <w:szCs w:val="24"/>
        </w:rPr>
      </w:pPr>
    </w:p>
    <w:tbl>
      <w:tblPr>
        <w:tblStyle w:val="TabloKlavuzu"/>
        <w:tblpPr w:leftFromText="180" w:rightFromText="180" w:vertAnchor="text" w:horzAnchor="margin" w:tblpXSpec="center" w:tblpY="320"/>
        <w:tblW w:w="0" w:type="auto"/>
        <w:tblLook w:val="04A0" w:firstRow="1" w:lastRow="0" w:firstColumn="1" w:lastColumn="0" w:noHBand="0" w:noVBand="1"/>
      </w:tblPr>
      <w:tblGrid>
        <w:gridCol w:w="9786"/>
        <w:gridCol w:w="10032"/>
        <w:gridCol w:w="9900"/>
      </w:tblGrid>
      <w:tr w:rsidR="00AA32A0" w14:paraId="1576B638" w14:textId="77777777" w:rsidTr="000C73B4">
        <w:tc>
          <w:tcPr>
            <w:tcW w:w="978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5D1F6D6" w14:textId="05EF8C82" w:rsidR="00AA32A0" w:rsidRDefault="005B5BF3" w:rsidP="005B5BF3">
            <w:pPr>
              <w:jc w:val="right"/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4417BCBE" wp14:editId="0E100503">
                  <wp:extent cx="1765648" cy="1765648"/>
                  <wp:effectExtent l="0" t="0" r="0" b="0"/>
                  <wp:docPr id="1559226458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8006" cy="1778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3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9ECCC73" w14:textId="77777777" w:rsidR="000C73B4" w:rsidRDefault="000C73B4" w:rsidP="00AA32A0">
            <w:pPr>
              <w:jc w:val="center"/>
              <w:rPr>
                <w:rFonts w:asciiTheme="minorBidi" w:eastAsia="Arial" w:hAnsiTheme="minorBidi"/>
                <w:b/>
                <w:color w:val="0F243E" w:themeColor="text2" w:themeShade="80"/>
                <w:sz w:val="38"/>
                <w:szCs w:val="38"/>
              </w:rPr>
            </w:pPr>
          </w:p>
          <w:p w14:paraId="047E02EA" w14:textId="40265738" w:rsidR="00AA32A0" w:rsidRPr="000C73B4" w:rsidRDefault="00AA32A0" w:rsidP="00AA32A0">
            <w:pPr>
              <w:jc w:val="center"/>
              <w:rPr>
                <w:rFonts w:asciiTheme="minorBidi" w:eastAsia="Arial" w:hAnsiTheme="minorBidi"/>
                <w:b/>
                <w:color w:val="0F243E" w:themeColor="text2" w:themeShade="80"/>
                <w:sz w:val="38"/>
                <w:szCs w:val="38"/>
              </w:rPr>
            </w:pPr>
            <w:r w:rsidRPr="000C73B4">
              <w:rPr>
                <w:rFonts w:asciiTheme="minorBidi" w:eastAsia="Arial" w:hAnsiTheme="minorBidi"/>
                <w:b/>
                <w:color w:val="0F243E" w:themeColor="text2" w:themeShade="80"/>
                <w:sz w:val="38"/>
                <w:szCs w:val="38"/>
              </w:rPr>
              <w:t xml:space="preserve">ERZİNCAN BİNALİ YILDIRIM ÜNİVERSİTESİ </w:t>
            </w:r>
          </w:p>
          <w:p w14:paraId="71428F31" w14:textId="77777777" w:rsidR="00AA32A0" w:rsidRPr="000C73B4" w:rsidRDefault="00AA32A0" w:rsidP="00AA32A0">
            <w:pPr>
              <w:jc w:val="center"/>
              <w:rPr>
                <w:rFonts w:asciiTheme="minorBidi" w:eastAsia="Arial" w:hAnsiTheme="minorBidi"/>
                <w:b/>
                <w:color w:val="0F243E" w:themeColor="text2" w:themeShade="80"/>
                <w:sz w:val="38"/>
                <w:szCs w:val="38"/>
              </w:rPr>
            </w:pPr>
            <w:r w:rsidRPr="000C73B4">
              <w:rPr>
                <w:rFonts w:asciiTheme="minorBidi" w:eastAsia="Arial" w:hAnsiTheme="minorBidi"/>
                <w:b/>
                <w:color w:val="0F243E" w:themeColor="text2" w:themeShade="80"/>
                <w:sz w:val="38"/>
                <w:szCs w:val="38"/>
              </w:rPr>
              <w:t>İLAHİYAT FAKÜLTESİ</w:t>
            </w:r>
          </w:p>
          <w:p w14:paraId="62041A26" w14:textId="77777777" w:rsidR="000C73B4" w:rsidRPr="000C73B4" w:rsidRDefault="00AA32A0" w:rsidP="00AA32A0">
            <w:pPr>
              <w:jc w:val="center"/>
              <w:rPr>
                <w:rFonts w:asciiTheme="minorBidi" w:eastAsia="Arial" w:hAnsiTheme="minorBidi"/>
                <w:b/>
                <w:color w:val="0F243E" w:themeColor="text2" w:themeShade="80"/>
                <w:sz w:val="40"/>
                <w:szCs w:val="40"/>
              </w:rPr>
            </w:pPr>
            <w:r w:rsidRPr="000C73B4">
              <w:rPr>
                <w:rFonts w:asciiTheme="minorBidi" w:eastAsia="Arial" w:hAnsiTheme="minorBidi"/>
                <w:b/>
                <w:color w:val="0F243E" w:themeColor="text2" w:themeShade="80"/>
                <w:sz w:val="40"/>
                <w:szCs w:val="40"/>
              </w:rPr>
              <w:t xml:space="preserve">DİN DİLİ VE GENÇLİK </w:t>
            </w:r>
          </w:p>
          <w:p w14:paraId="217C2FE2" w14:textId="1F7B8E05" w:rsidR="00AA32A0" w:rsidRPr="000C73B4" w:rsidRDefault="00AA32A0" w:rsidP="00AA32A0">
            <w:pPr>
              <w:jc w:val="center"/>
              <w:rPr>
                <w:rFonts w:asciiTheme="minorBidi" w:eastAsia="Arial" w:hAnsiTheme="minorBidi"/>
                <w:b/>
                <w:color w:val="0F243E" w:themeColor="text2" w:themeShade="80"/>
                <w:sz w:val="40"/>
                <w:szCs w:val="40"/>
              </w:rPr>
            </w:pPr>
            <w:r w:rsidRPr="000C73B4">
              <w:rPr>
                <w:rFonts w:asciiTheme="minorBidi" w:eastAsia="Arial" w:hAnsiTheme="minorBidi"/>
                <w:b/>
                <w:color w:val="0F243E" w:themeColor="text2" w:themeShade="80"/>
                <w:sz w:val="40"/>
                <w:szCs w:val="40"/>
              </w:rPr>
              <w:t>ULUSLARARASI SEMPOZYUMU</w:t>
            </w:r>
          </w:p>
          <w:p w14:paraId="2AD3CCE1" w14:textId="35A81428" w:rsidR="000C73B4" w:rsidRPr="000C73B4" w:rsidRDefault="000C73B4" w:rsidP="005B5BF3">
            <w:pPr>
              <w:jc w:val="center"/>
              <w:rPr>
                <w:rFonts w:asciiTheme="minorBidi" w:eastAsia="Arial" w:hAnsiTheme="minorBidi"/>
                <w:bCs/>
                <w:color w:val="0F243E" w:themeColor="text2" w:themeShade="80"/>
                <w:sz w:val="32"/>
                <w:szCs w:val="32"/>
              </w:rPr>
            </w:pPr>
            <w:r w:rsidRPr="000C73B4">
              <w:rPr>
                <w:rFonts w:asciiTheme="minorBidi" w:eastAsia="Arial" w:hAnsiTheme="minorBidi"/>
                <w:bCs/>
                <w:color w:val="0F243E" w:themeColor="text2" w:themeShade="80"/>
                <w:sz w:val="32"/>
                <w:szCs w:val="32"/>
              </w:rPr>
              <w:t xml:space="preserve">7 KASIM 2026 </w:t>
            </w:r>
            <w:proofErr w:type="gramStart"/>
            <w:r w:rsidRPr="000C73B4">
              <w:rPr>
                <w:rFonts w:asciiTheme="minorBidi" w:eastAsia="Arial" w:hAnsiTheme="minorBidi"/>
                <w:bCs/>
                <w:color w:val="0F243E" w:themeColor="text2" w:themeShade="80"/>
                <w:sz w:val="32"/>
                <w:szCs w:val="32"/>
              </w:rPr>
              <w:t>•</w:t>
            </w:r>
            <w:r w:rsidR="00AA32A0" w:rsidRPr="000C73B4">
              <w:rPr>
                <w:rFonts w:asciiTheme="minorBidi" w:eastAsia="Arial" w:hAnsiTheme="minorBidi"/>
                <w:bCs/>
                <w:color w:val="0F243E" w:themeColor="text2" w:themeShade="80"/>
                <w:sz w:val="32"/>
                <w:szCs w:val="32"/>
              </w:rPr>
              <w:t xml:space="preserve"> </w:t>
            </w:r>
            <w:r w:rsidRPr="000C73B4">
              <w:rPr>
                <w:rFonts w:asciiTheme="minorBidi" w:eastAsia="Arial" w:hAnsiTheme="minorBidi"/>
                <w:bCs/>
                <w:color w:val="0F243E" w:themeColor="text2" w:themeShade="80"/>
                <w:sz w:val="32"/>
                <w:szCs w:val="32"/>
              </w:rPr>
              <w:t xml:space="preserve"> CUMARTESİ</w:t>
            </w:r>
            <w:proofErr w:type="gramEnd"/>
            <w:r w:rsidRPr="000C73B4">
              <w:rPr>
                <w:rFonts w:asciiTheme="minorBidi" w:eastAsia="Arial" w:hAnsiTheme="minorBidi"/>
                <w:bCs/>
                <w:color w:val="0F243E" w:themeColor="text2" w:themeShade="80"/>
                <w:sz w:val="32"/>
                <w:szCs w:val="32"/>
              </w:rPr>
              <w:t xml:space="preserve"> </w:t>
            </w:r>
          </w:p>
          <w:p w14:paraId="46291B6C" w14:textId="77777777" w:rsidR="000C73B4" w:rsidRDefault="00AA32A0" w:rsidP="000C73B4">
            <w:pPr>
              <w:jc w:val="center"/>
              <w:rPr>
                <w:rFonts w:asciiTheme="minorBidi" w:eastAsia="Arial" w:hAnsiTheme="minorBidi"/>
                <w:bCs/>
                <w:color w:val="0F243E" w:themeColor="text2" w:themeShade="80"/>
                <w:sz w:val="16"/>
                <w:szCs w:val="16"/>
              </w:rPr>
            </w:pPr>
            <w:r w:rsidRPr="000C73B4">
              <w:rPr>
                <w:rFonts w:asciiTheme="minorBidi" w:eastAsia="Arial" w:hAnsiTheme="minorBidi"/>
                <w:bCs/>
                <w:color w:val="0F243E" w:themeColor="text2" w:themeShade="80"/>
                <w:sz w:val="32"/>
                <w:szCs w:val="32"/>
              </w:rPr>
              <w:t>OTURUMLAR VE BİLDİRİLER</w:t>
            </w:r>
          </w:p>
          <w:p w14:paraId="6EFB511B" w14:textId="6689EF0C" w:rsidR="000C73B4" w:rsidRPr="000C73B4" w:rsidRDefault="000C73B4" w:rsidP="000C73B4">
            <w:pPr>
              <w:jc w:val="center"/>
              <w:rPr>
                <w:rFonts w:asciiTheme="minorBidi" w:eastAsia="Arial" w:hAnsiTheme="minorBidi"/>
                <w:bCs/>
                <w:color w:val="0F243E" w:themeColor="text2" w:themeShade="80"/>
                <w:sz w:val="16"/>
                <w:szCs w:val="16"/>
              </w:rPr>
            </w:pPr>
          </w:p>
        </w:tc>
        <w:tc>
          <w:tcPr>
            <w:tcW w:w="990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A637B1C" w14:textId="562BC74B" w:rsidR="00AA32A0" w:rsidRPr="005B5BF3" w:rsidRDefault="005B5BF3" w:rsidP="005B5BF3">
            <w:pPr>
              <w:rPr>
                <w:rFonts w:ascii="ISNAD Font" w:hAnsi="ISNAD Font" w:cs="ISNAD Font"/>
                <w:color w:val="000000" w:themeColor="text1"/>
                <w:sz w:val="28"/>
                <w:szCs w:val="28"/>
                <w:lang w:val="en-US"/>
              </w:rPr>
            </w:pPr>
            <w:r w:rsidRPr="005B5BF3">
              <w:rPr>
                <w:rFonts w:ascii="ISNAD Font" w:hAnsi="ISNAD Font" w:cs="ISNAD Font"/>
                <w:noProof/>
                <w:color w:val="000000" w:themeColor="text1"/>
                <w:sz w:val="28"/>
                <w:szCs w:val="28"/>
                <w:lang w:eastAsia="tr-TR"/>
              </w:rPr>
              <w:drawing>
                <wp:anchor distT="0" distB="0" distL="114300" distR="114300" simplePos="0" relativeHeight="251646976" behindDoc="0" locked="0" layoutInCell="1" allowOverlap="1" wp14:anchorId="22FC35FC" wp14:editId="79B8725D">
                  <wp:simplePos x="0" y="0"/>
                  <wp:positionH relativeFrom="column">
                    <wp:posOffset>64996</wp:posOffset>
                  </wp:positionH>
                  <wp:positionV relativeFrom="paragraph">
                    <wp:posOffset>104888</wp:posOffset>
                  </wp:positionV>
                  <wp:extent cx="1603331" cy="1603331"/>
                  <wp:effectExtent l="0" t="0" r="0" b="0"/>
                  <wp:wrapNone/>
                  <wp:docPr id="736631665" name="Resi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3331" cy="1603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77D5E864" wp14:editId="09433B04">
                      <wp:extent cx="300355" cy="300355"/>
                      <wp:effectExtent l="0" t="0" r="0" b="0"/>
                      <wp:docPr id="598617829" name="Dikdörtgen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0355" cy="300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FB606F3" id="Dikdörtgen 10" o:spid="_x0000_s1026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B7EEDFF" wp14:editId="3B7D89B7">
                      <wp:extent cx="300355" cy="300355"/>
                      <wp:effectExtent l="0" t="0" r="0" b="0"/>
                      <wp:docPr id="1892441606" name="Dikdörtgen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0355" cy="300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5641EB5" id="Dikdörtgen 9" o:spid="_x0000_s1026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0E5774DA" w14:textId="77777777" w:rsidR="00AA32A0" w:rsidRDefault="00AA32A0" w:rsidP="005903B4">
      <w:pPr>
        <w:spacing w:after="0" w:line="240" w:lineRule="auto"/>
        <w:jc w:val="center"/>
        <w:rPr>
          <w:rFonts w:ascii="ISNAD Font" w:eastAsia="Arial" w:hAnsi="ISNAD Font" w:cs="ISNAD Font"/>
          <w:b/>
          <w:color w:val="0F243E" w:themeColor="text2" w:themeShade="80"/>
          <w:sz w:val="32"/>
          <w:szCs w:val="32"/>
        </w:rPr>
      </w:pPr>
    </w:p>
    <w:p w14:paraId="6057CDEF" w14:textId="77777777" w:rsidR="005903B4" w:rsidRDefault="005903B4" w:rsidP="005903B4">
      <w:pPr>
        <w:spacing w:after="0" w:line="240" w:lineRule="auto"/>
        <w:jc w:val="center"/>
        <w:rPr>
          <w:rFonts w:ascii="ISNAD Font" w:hAnsi="ISNAD Font" w:cs="ISNAD Font"/>
          <w:color w:val="000000" w:themeColor="text1"/>
          <w:sz w:val="28"/>
          <w:szCs w:val="28"/>
        </w:rPr>
      </w:pPr>
    </w:p>
    <w:tbl>
      <w:tblPr>
        <w:tblStyle w:val="KlavuzTablo6Renkli-Vurgu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41"/>
        <w:gridCol w:w="9990"/>
        <w:gridCol w:w="9930"/>
      </w:tblGrid>
      <w:tr w:rsidR="0018251B" w:rsidRPr="000760EA" w14:paraId="2F1E16C8" w14:textId="77777777" w:rsidTr="000760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1" w:type="dxa"/>
            <w:shd w:val="clear" w:color="auto" w:fill="DAEEF3" w:themeFill="accent5" w:themeFillTint="33"/>
          </w:tcPr>
          <w:p w14:paraId="0A827FF2" w14:textId="4B731F69" w:rsidR="0018251B" w:rsidRPr="00B440CC" w:rsidRDefault="00140D8D" w:rsidP="00B440CC">
            <w:pPr>
              <w:pStyle w:val="ListeParagraf"/>
              <w:numPr>
                <w:ilvl w:val="2"/>
                <w:numId w:val="10"/>
              </w:numPr>
              <w:spacing w:after="20" w:line="223" w:lineRule="auto"/>
              <w:rPr>
                <w:rFonts w:ascii="ISNAD Font" w:eastAsia="Arial" w:hAnsi="ISNAD Font" w:cs="ISNAD Font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B440CC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 xml:space="preserve">Oturum — Başkan: Prof. Dr. </w:t>
            </w:r>
            <w:proofErr w:type="spellStart"/>
            <w:r w:rsidRPr="00B440CC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>İsak</w:t>
            </w:r>
            <w:proofErr w:type="spellEnd"/>
            <w:r w:rsidRPr="00B440CC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 xml:space="preserve"> Emin AKTEPE</w:t>
            </w:r>
            <w:r w:rsidR="00B440CC" w:rsidRPr="00B440CC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 xml:space="preserve"> </w:t>
            </w:r>
          </w:p>
          <w:p w14:paraId="141301F4" w14:textId="1AE4CC13" w:rsidR="00B440CC" w:rsidRPr="0001101A" w:rsidRDefault="00000000" w:rsidP="00B440CC">
            <w:pPr>
              <w:spacing w:after="20" w:line="223" w:lineRule="auto"/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</w:pPr>
            <w:hyperlink r:id="rId10" w:history="1">
              <w:r w:rsidR="0001101A" w:rsidRPr="003B3C98">
                <w:rPr>
                  <w:rStyle w:val="Kpr"/>
                  <w:rFonts w:ascii="ISNAD Font" w:hAnsi="ISNAD Font" w:cs="ISNAD Font"/>
                  <w:sz w:val="28"/>
                  <w:szCs w:val="28"/>
                </w:rPr>
                <w:t>https://live.kampus.ebyu.edu.tr/Session/Invitation/39363eea-6fb2-4067-ae34-ad519b8d5668</w:t>
              </w:r>
            </w:hyperlink>
            <w:r w:rsidR="0001101A" w:rsidRPr="0001101A"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9990" w:type="dxa"/>
            <w:shd w:val="clear" w:color="auto" w:fill="DAEEF3" w:themeFill="accent5" w:themeFillTint="33"/>
          </w:tcPr>
          <w:p w14:paraId="12A48E24" w14:textId="77777777" w:rsidR="0018251B" w:rsidRDefault="00140D8D" w:rsidP="00D47F66">
            <w:pPr>
              <w:spacing w:after="20" w:line="223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eastAsia="Arial" w:hAnsi="ISNAD Font" w:cs="ISNAD Font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0760EA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>1.2.1. Oturum — Başkan: Doç. Dr. Kadir TAŞPINAR</w:t>
            </w:r>
          </w:p>
          <w:p w14:paraId="77976EDD" w14:textId="51A451F7" w:rsidR="0001101A" w:rsidRPr="000760EA" w:rsidRDefault="00000000" w:rsidP="00D47F66">
            <w:pPr>
              <w:spacing w:after="20" w:line="223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</w:pPr>
            <w:hyperlink r:id="rId11" w:history="1">
              <w:r w:rsidR="00154851" w:rsidRPr="003B3C98">
                <w:rPr>
                  <w:rStyle w:val="Kpr"/>
                  <w:rFonts w:ascii="ISNAD Font" w:hAnsi="ISNAD Font" w:cs="ISNAD Font"/>
                  <w:sz w:val="28"/>
                  <w:szCs w:val="28"/>
                </w:rPr>
                <w:t>https://live.kampus.ebyu.edu.tr/Session/Invitation/165b279c-0940-4190-8f10-326f983bc5cb</w:t>
              </w:r>
            </w:hyperlink>
            <w:r w:rsidR="00154851"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9930" w:type="dxa"/>
            <w:shd w:val="clear" w:color="auto" w:fill="DAEEF3" w:themeFill="accent5" w:themeFillTint="33"/>
          </w:tcPr>
          <w:p w14:paraId="4C242712" w14:textId="77777777" w:rsidR="0018251B" w:rsidRDefault="00140D8D" w:rsidP="00D47F66">
            <w:pPr>
              <w:spacing w:after="20" w:line="223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eastAsia="Arial" w:hAnsi="ISNAD Font" w:cs="ISNAD Font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0760EA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 xml:space="preserve">1.3.1. Oturum — </w:t>
            </w:r>
            <w:r w:rsidR="00CA4B0E" w:rsidRPr="000760EA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>Başkan: Dr. Öğr. Üyesi Erdoğan DEMİR</w:t>
            </w:r>
          </w:p>
          <w:p w14:paraId="164D50B6" w14:textId="1E503A6C" w:rsidR="00236BAE" w:rsidRPr="000760EA" w:rsidRDefault="00000000" w:rsidP="00D47F66">
            <w:pPr>
              <w:spacing w:after="20" w:line="223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</w:pPr>
            <w:hyperlink r:id="rId12" w:history="1">
              <w:r w:rsidR="00236BAE" w:rsidRPr="003B3C98">
                <w:rPr>
                  <w:rStyle w:val="Kpr"/>
                  <w:rFonts w:ascii="ISNAD Font" w:hAnsi="ISNAD Font" w:cs="ISNAD Font"/>
                  <w:sz w:val="28"/>
                  <w:szCs w:val="28"/>
                </w:rPr>
                <w:t>https://live.kampus.ebyu.edu.tr/Session/Invitation/4c4129e9-fee5-4aef-8155-733b74ba80e9</w:t>
              </w:r>
            </w:hyperlink>
            <w:r w:rsidR="00236BAE"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D509B" w:rsidRPr="00D47F66" w14:paraId="25981C63" w14:textId="77777777" w:rsidTr="000760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1" w:type="dxa"/>
          </w:tcPr>
          <w:p w14:paraId="4B8B37C0" w14:textId="1E2D117A" w:rsidR="009A68B4" w:rsidRDefault="007303CD" w:rsidP="00AD509B">
            <w:pPr>
              <w:spacing w:line="218" w:lineRule="auto"/>
              <w:rPr>
                <w:rFonts w:ascii="ISNAD Font" w:eastAsia="Arial" w:hAnsi="ISNAD Font" w:cs="ISNAD Font"/>
                <w:bCs w:val="0"/>
                <w:color w:val="26354A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sz w:val="24"/>
                <w:szCs w:val="24"/>
              </w:rPr>
              <w:t>(09:00–09:15)</w:t>
            </w:r>
            <w:r w:rsidR="00AD509B" w:rsidRPr="00AD509B">
              <w:rPr>
                <w:rFonts w:ascii="ISNAD Font" w:eastAsia="Arial" w:hAnsi="ISNAD Font" w:cs="ISNAD Font"/>
                <w:sz w:val="24"/>
                <w:szCs w:val="24"/>
              </w:rPr>
              <w:t xml:space="preserve"> </w:t>
            </w:r>
            <w:r w:rsidR="00AD509B" w:rsidRPr="00261D1B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Dr. Abdulhakim </w:t>
            </w:r>
            <w:r w:rsidR="001C438D" w:rsidRPr="00D47F66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AY</w:t>
            </w:r>
            <w:r w:rsidR="00AD509B" w:rsidRPr="00D47F66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 xml:space="preserve"> </w:t>
            </w:r>
            <w:r w:rsidR="00AD509B" w:rsidRPr="00D47F66">
              <w:rPr>
                <w:rFonts w:ascii="ISNAD Font" w:eastAsia="Arial" w:hAnsi="ISNAD Font" w:cs="ISNAD Font"/>
                <w:b w:val="0"/>
                <w:color w:val="26354A"/>
                <w:sz w:val="24"/>
                <w:szCs w:val="24"/>
              </w:rPr>
              <w:t>(</w:t>
            </w:r>
            <w:r w:rsidR="00AD509B" w:rsidRPr="00CD6E89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Diyanet İşleri Başkanlığı</w:t>
            </w:r>
            <w:r w:rsidR="00AD509B" w:rsidRPr="00D47F66">
              <w:rPr>
                <w:rFonts w:ascii="ISNAD Font" w:eastAsia="Arial" w:hAnsi="ISNAD Font" w:cs="ISNAD Font"/>
                <w:b w:val="0"/>
                <w:color w:val="26354A"/>
                <w:sz w:val="24"/>
                <w:szCs w:val="24"/>
              </w:rPr>
              <w:t>)</w:t>
            </w:r>
          </w:p>
          <w:p w14:paraId="3FD37E9E" w14:textId="383F427D" w:rsidR="00AD509B" w:rsidRPr="00387795" w:rsidRDefault="00AD509B" w:rsidP="00AD509B">
            <w:pPr>
              <w:spacing w:line="218" w:lineRule="auto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Genç </w:t>
            </w:r>
            <w:proofErr w:type="spellStart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Sahabiler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Bağlamında Nebevî İletişim</w:t>
            </w:r>
            <w:r w:rsidR="00126CDD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:</w:t>
            </w: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Hitap, İkna ve Karakter İnşası</w:t>
            </w:r>
          </w:p>
          <w:p w14:paraId="2FAD5CF9" w14:textId="49DA70E3" w:rsidR="00AD509B" w:rsidRPr="00D47F66" w:rsidRDefault="007303CD" w:rsidP="00D47F66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(09:15–09:30)</w:t>
            </w:r>
            <w:r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="00AD509B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Arş. Gör. Kenan BARLAS</w:t>
            </w:r>
            <w:r w:rsidR="00AD509B" w:rsidRPr="00D47F66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 xml:space="preserve"> </w:t>
            </w:r>
            <w:r w:rsidR="009A68B4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D509B" w:rsidRPr="009A68B4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Kilis 7 Aralık Üniversitesi</w:t>
            </w:r>
            <w:r w:rsidR="009A68B4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  <w:r w:rsidR="00AD509B" w:rsidRPr="00D47F66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 xml:space="preserve"> </w:t>
            </w:r>
          </w:p>
          <w:p w14:paraId="28D493AD" w14:textId="77777777" w:rsidR="00AD509B" w:rsidRPr="00387795" w:rsidRDefault="00AD509B" w:rsidP="00D47F66">
            <w:pPr>
              <w:spacing w:after="20" w:line="218" w:lineRule="auto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Dışlayıcı Üsluptan İkna Edici Dile: ‘Zina İçin İzin İsteyen Genç’ Hadisi Bağlamında Yeni Nesil Bir İletişim Modeli İnşası</w:t>
            </w:r>
          </w:p>
          <w:p w14:paraId="7E3217CE" w14:textId="4D76EE09" w:rsidR="00AD509B" w:rsidRPr="00D47F66" w:rsidRDefault="007303CD" w:rsidP="00D47F66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(09:30–09:45)</w:t>
            </w:r>
            <w:r w:rsidR="00AD509B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="00AD509B" w:rsidRPr="004E0112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Dr. Mehmet </w:t>
            </w:r>
            <w:r w:rsidR="00AF3EC1" w:rsidRPr="004E0112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KALKAN</w:t>
            </w:r>
            <w:r w:rsidR="00AD509B" w:rsidRPr="004E0112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</w:t>
            </w:r>
            <w:r w:rsidR="009A68B4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261D1B" w:rsidRPr="009A68B4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Millî</w:t>
            </w:r>
            <w:r w:rsidR="009A68B4" w:rsidRPr="009A68B4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 xml:space="preserve"> Eğitim Bakanlığı</w:t>
            </w:r>
            <w:r w:rsidR="009A68B4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</w:p>
          <w:p w14:paraId="28AA5BA5" w14:textId="77777777" w:rsidR="00AD509B" w:rsidRPr="00D47F66" w:rsidRDefault="00AD509B" w:rsidP="00D47F66">
            <w:pPr>
              <w:spacing w:after="20" w:line="218" w:lineRule="auto"/>
              <w:rPr>
                <w:rFonts w:ascii="ISNAD Font" w:eastAsia="Arial" w:hAnsi="ISNAD Font" w:cs="ISNAD Font"/>
                <w:b w:val="0"/>
                <w:color w:val="17365D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Hz. Peygamber’in İletişim Modelinde Gençlik: Hadis Bağlamında Pedagojik Stratejilerin Analizi</w:t>
            </w:r>
          </w:p>
        </w:tc>
        <w:tc>
          <w:tcPr>
            <w:tcW w:w="9990" w:type="dxa"/>
          </w:tcPr>
          <w:p w14:paraId="32C4976C" w14:textId="144530BE" w:rsidR="00AD509B" w:rsidRPr="002E1513" w:rsidRDefault="007303CD" w:rsidP="00D47F66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(09:00–09:15</w:t>
            </w:r>
            <w:r w:rsidR="00217BFF"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217BFF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9933AD" w:rsidRPr="0047657C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Dr. Öğr. Üyesi </w:t>
            </w:r>
            <w:r w:rsidR="00217BFF" w:rsidRPr="0047657C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Ahmet</w:t>
            </w:r>
            <w:r w:rsidR="00AD509B" w:rsidRPr="0047657C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Arif </w:t>
            </w:r>
            <w:proofErr w:type="gramStart"/>
            <w:r w:rsidR="00AD509B" w:rsidRPr="0047657C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AKBABA</w:t>
            </w:r>
            <w:r w:rsidR="002E1513" w:rsidRPr="0047657C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AD509B" w:rsidRPr="0047657C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17BFF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proofErr w:type="gramEnd"/>
            <w:r w:rsidR="00AD509B" w:rsidRPr="00217BFF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Bolu Abant İzzet Baysal Üniversitesi</w:t>
            </w:r>
            <w:r w:rsidR="00217BFF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3AF1D0AB" w14:textId="77777777" w:rsidR="00AD509B" w:rsidRPr="00387795" w:rsidRDefault="00AD509B" w:rsidP="00D47F66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Gençlik ve Şahsiyet İnşası Perspektifinden </w:t>
            </w:r>
            <w:proofErr w:type="spellStart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Yûsuf</w:t>
            </w:r>
            <w:proofErr w:type="spellEnd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Sûresinin</w:t>
            </w:r>
            <w:proofErr w:type="spellEnd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Şâz</w:t>
            </w:r>
            <w:proofErr w:type="spellEnd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Kıraatler Bağlamında Yorumu</w:t>
            </w:r>
          </w:p>
          <w:p w14:paraId="69DF0011" w14:textId="1355734B" w:rsidR="00AD509B" w:rsidRPr="00D47F66" w:rsidRDefault="007303CD" w:rsidP="00D47F66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(09:15–09:30</w:t>
            </w:r>
            <w:r w:rsidR="00217BFF"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217BFF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217BFF" w:rsidRPr="009933AD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Dr.</w:t>
            </w:r>
            <w:r w:rsidR="00AD509B" w:rsidRPr="009933AD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Öğr. Üyesi Yavuz MUTLU </w:t>
            </w:r>
            <w:r w:rsidR="00217BFF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D509B" w:rsidRPr="00146D44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Erzincan Binali Yıldırım Üniversitesi</w:t>
            </w:r>
            <w:r w:rsidR="00146D44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2B12851D" w14:textId="77777777" w:rsidR="00AD509B" w:rsidRPr="00387795" w:rsidRDefault="00AD509B" w:rsidP="00D47F66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Genç Kuşakların Kur’an’la Temasında Bir Din Dili Olarak Tilavet</w:t>
            </w:r>
          </w:p>
          <w:p w14:paraId="00896375" w14:textId="1CA9C10C" w:rsidR="00AD509B" w:rsidRPr="00D47F66" w:rsidRDefault="007303CD" w:rsidP="00D47F66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(09:30–09:45</w:t>
            </w:r>
            <w:r w:rsidR="00146D44"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146D44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146D44" w:rsidRPr="0047657C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Öğr.</w:t>
            </w:r>
            <w:r w:rsidR="00AD509B" w:rsidRPr="0047657C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Gör. Ahmet Yasin DİNÇER </w:t>
            </w:r>
            <w:r w:rsidR="00146D44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D509B" w:rsidRPr="00146D44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Kilis 7 Aralık Üniversitesi</w:t>
            </w:r>
            <w:r w:rsidR="00146D44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2A8A961F" w14:textId="77777777" w:rsidR="00AD509B" w:rsidRPr="00D47F66" w:rsidRDefault="00AD509B" w:rsidP="00D47F66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17365D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Dijital Çağda Sosyal Medya </w:t>
            </w:r>
            <w:proofErr w:type="spellStart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Kārîliği</w:t>
            </w:r>
            <w:proofErr w:type="spellEnd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ve Genç Hafızlar Üzerinden Hafızlık Kültürünün Dönüşümü</w:t>
            </w:r>
          </w:p>
        </w:tc>
        <w:tc>
          <w:tcPr>
            <w:tcW w:w="9930" w:type="dxa"/>
          </w:tcPr>
          <w:p w14:paraId="35CB2A61" w14:textId="40E26F52" w:rsidR="00CA4B0E" w:rsidRPr="00CA4B0E" w:rsidRDefault="007303CD" w:rsidP="00CA4B0E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</w:t>
            </w:r>
            <w:r w:rsidR="00CA4B0E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09</w:t>
            </w:r>
            <w:r w:rsidR="00CA4B0E" w:rsidRPr="00CA4B0E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:00–</w:t>
            </w:r>
            <w:r w:rsidR="00CA4B0E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09</w:t>
            </w:r>
            <w:r w:rsidR="00CA4B0E" w:rsidRPr="00CA4B0E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:15</w:t>
            </w:r>
            <w:proofErr w:type="gramStart"/>
            <w:r w:rsidR="00CA4B0E" w:rsidRPr="00CA4B0E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)  </w:t>
            </w:r>
            <w:r w:rsidR="00CA4B0E" w:rsidRPr="00603BCA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Doç.</w:t>
            </w:r>
            <w:proofErr w:type="gramEnd"/>
            <w:r w:rsidR="00CA4B0E" w:rsidRPr="00603BCA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A4B0E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Dr. Ethem DEMİR </w:t>
            </w:r>
            <w:r w:rsidR="00CA4B0E" w:rsidRPr="00CA4B0E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CA4B0E" w:rsidRPr="00CA4B0E">
              <w:rPr>
                <w:rFonts w:ascii="ISNAD Font" w:eastAsia="Arial" w:hAnsi="ISNAD Font" w:cs="ISNAD Font"/>
                <w:b/>
                <w:color w:val="548DD4" w:themeColor="text2" w:themeTint="99"/>
                <w:sz w:val="24"/>
                <w:szCs w:val="24"/>
              </w:rPr>
              <w:t>Siirt Üniversitesi</w:t>
            </w:r>
            <w:r w:rsidR="00CA4B0E" w:rsidRPr="00CA4B0E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4E259F88" w14:textId="77777777" w:rsidR="00CA4B0E" w:rsidRPr="00387795" w:rsidRDefault="00CA4B0E" w:rsidP="00CA4B0E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Ebü’l</w:t>
            </w:r>
            <w:proofErr w:type="gramStart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-‘</w:t>
            </w:r>
            <w:proofErr w:type="spellStart"/>
            <w:proofErr w:type="gramEnd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Atâhiye’nin</w:t>
            </w:r>
            <w:proofErr w:type="spellEnd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Şiirlerinde Gençlik ve Yaşlılık Diyalektiği</w:t>
            </w:r>
          </w:p>
          <w:p w14:paraId="14660B83" w14:textId="6B06CDC4" w:rsidR="00CA4B0E" w:rsidRPr="00CA4B0E" w:rsidRDefault="00CA4B0E" w:rsidP="00CA4B0E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CA4B0E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</w:t>
            </w:r>
            <w:r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09</w:t>
            </w:r>
            <w:r w:rsidRPr="00CA4B0E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:15–</w:t>
            </w:r>
            <w:r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09</w:t>
            </w:r>
            <w:r w:rsidRPr="00CA4B0E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:30) </w:t>
            </w:r>
            <w:r w:rsidRPr="00603BCA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Dr</w:t>
            </w:r>
            <w:r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. Ali BOUJEBHA </w:t>
            </w:r>
            <w:r w:rsidRPr="00CA4B0E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Pr="00CA4B0E">
              <w:rPr>
                <w:rFonts w:ascii="ISNAD Font" w:eastAsia="Arial" w:hAnsi="ISNAD Font" w:cs="ISNAD Font"/>
                <w:b/>
                <w:color w:val="548DD4" w:themeColor="text2" w:themeTint="99"/>
                <w:sz w:val="24"/>
                <w:szCs w:val="24"/>
              </w:rPr>
              <w:t>V. Muhammed Üniversitesi</w:t>
            </w:r>
            <w:r w:rsidRPr="00CA4B0E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29D451AB" w14:textId="77777777" w:rsidR="00CA4B0E" w:rsidRPr="00387795" w:rsidRDefault="00CA4B0E" w:rsidP="00CA4B0E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ما</w:t>
            </w:r>
            <w:proofErr w:type="spellEnd"/>
            <w:proofErr w:type="gram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يؤمِّـنه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علمُ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النحو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العربـيّ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من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الاعتقادات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الدّينية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عند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الطّلاب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الشّباب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دراسةٌ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تطبيقيّة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في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ضوء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التراث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النّحوي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ومقاصد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الشريعة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)</w:t>
            </w:r>
          </w:p>
          <w:p w14:paraId="514DE5FC" w14:textId="1BD18998" w:rsidR="00CA4B0E" w:rsidRPr="00CA4B0E" w:rsidRDefault="00CA4B0E" w:rsidP="00CA4B0E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CA4B0E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</w:t>
            </w:r>
            <w:r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09</w:t>
            </w:r>
            <w:r w:rsidRPr="00CA4B0E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:30–</w:t>
            </w:r>
            <w:r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09</w:t>
            </w:r>
            <w:r w:rsidRPr="00CA4B0E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:45</w:t>
            </w:r>
            <w:proofErr w:type="gramStart"/>
            <w:r w:rsidRPr="00CA4B0E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)  </w:t>
            </w:r>
            <w:r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Doç.</w:t>
            </w:r>
            <w:proofErr w:type="gramEnd"/>
            <w:r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Dr. Muhammed Ebubekir MAIGA </w:t>
            </w:r>
            <w:r w:rsidRPr="00CA4B0E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Pr="00CA4B0E">
              <w:rPr>
                <w:rFonts w:ascii="ISNAD Font" w:eastAsia="Arial" w:hAnsi="ISNAD Font" w:cs="ISNAD Font"/>
                <w:b/>
                <w:color w:val="548DD4" w:themeColor="text2" w:themeTint="99"/>
                <w:sz w:val="24"/>
                <w:szCs w:val="24"/>
              </w:rPr>
              <w:t>Tokat Gaziosmanpaşa Üniversitesi</w:t>
            </w:r>
            <w:r w:rsidRPr="00CA4B0E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7F73CC34" w14:textId="347CDEB9" w:rsidR="00CA4B0E" w:rsidRPr="00CA4B0E" w:rsidRDefault="00CA4B0E" w:rsidP="00CA4B0E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abic Typesetting" w:eastAsia="Arial" w:hAnsi="Arabic Typesetting" w:cs="Arabic Typesetting"/>
                <w:b/>
                <w:color w:val="17365D"/>
                <w:sz w:val="24"/>
                <w:szCs w:val="24"/>
              </w:rPr>
            </w:pPr>
            <w:proofErr w:type="spellStart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صورة</w:t>
            </w:r>
            <w:proofErr w:type="spellEnd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الشباب</w:t>
            </w:r>
            <w:proofErr w:type="spellEnd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في</w:t>
            </w:r>
            <w:proofErr w:type="spellEnd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الخطاب</w:t>
            </w:r>
            <w:proofErr w:type="spellEnd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الوعظي</w:t>
            </w:r>
            <w:proofErr w:type="spellEnd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الإصلاحي</w:t>
            </w:r>
            <w:proofErr w:type="spellEnd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في</w:t>
            </w:r>
            <w:proofErr w:type="spellEnd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الشّعر</w:t>
            </w:r>
            <w:proofErr w:type="spellEnd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الإسلامي</w:t>
            </w:r>
            <w:proofErr w:type="spellEnd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الإفريقي</w:t>
            </w:r>
            <w:proofErr w:type="spellEnd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: </w:t>
            </w:r>
            <w:proofErr w:type="spellStart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قراءة</w:t>
            </w:r>
            <w:proofErr w:type="spellEnd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تحليلية</w:t>
            </w:r>
            <w:proofErr w:type="spellEnd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في</w:t>
            </w:r>
            <w:proofErr w:type="spellEnd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قصيدة</w:t>
            </w:r>
            <w:proofErr w:type="spellEnd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”</w:t>
            </w:r>
            <w:proofErr w:type="spellStart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نصيحة</w:t>
            </w:r>
            <w:proofErr w:type="spellEnd"/>
            <w:proofErr w:type="gramEnd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الشباب</w:t>
            </w:r>
            <w:proofErr w:type="spellEnd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“ </w:t>
            </w:r>
            <w:proofErr w:type="spellStart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للشّاعر</w:t>
            </w:r>
            <w:proofErr w:type="spellEnd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المالي</w:t>
            </w:r>
            <w:proofErr w:type="spellEnd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دِنْبَ</w:t>
            </w:r>
            <w:proofErr w:type="spellEnd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وَاكِي</w:t>
            </w:r>
            <w:proofErr w:type="spellEnd"/>
            <w:r w:rsidRPr="00CA4B0E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(ت.1399ه- 1978م)</w:t>
            </w:r>
          </w:p>
          <w:p w14:paraId="21ADDA30" w14:textId="3A512E02" w:rsidR="00AD509B" w:rsidRPr="00146D44" w:rsidRDefault="00AD509B" w:rsidP="00146D44">
            <w:pPr>
              <w:spacing w:after="20" w:line="21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abic Typesetting" w:eastAsia="Arial" w:hAnsi="Arabic Typesetting" w:cs="Arabic Typesetting"/>
                <w:b/>
                <w:color w:val="17365D"/>
                <w:sz w:val="24"/>
                <w:szCs w:val="24"/>
              </w:rPr>
            </w:pPr>
          </w:p>
        </w:tc>
      </w:tr>
      <w:tr w:rsidR="0018251B" w:rsidRPr="00D47F66" w14:paraId="4A7DB449" w14:textId="77777777" w:rsidTr="000760EA">
        <w:trPr>
          <w:trHeight w:val="2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1" w:type="dxa"/>
            <w:shd w:val="clear" w:color="auto" w:fill="DAEEF3" w:themeFill="accent5" w:themeFillTint="33"/>
          </w:tcPr>
          <w:p w14:paraId="6DBE6BBD" w14:textId="3D381E3B" w:rsidR="0018251B" w:rsidRPr="00236BAE" w:rsidRDefault="00140D8D" w:rsidP="00236BAE">
            <w:pPr>
              <w:pStyle w:val="ListeParagraf"/>
              <w:numPr>
                <w:ilvl w:val="2"/>
                <w:numId w:val="10"/>
              </w:numPr>
              <w:spacing w:after="20" w:line="223" w:lineRule="auto"/>
              <w:rPr>
                <w:rFonts w:ascii="ISNAD Font" w:eastAsia="Arial" w:hAnsi="ISNAD Font" w:cs="ISNAD Font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236BAE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>Oturum — Başkan: Dr. Öğr. Üyesi Garip ÇAĞLAR</w:t>
            </w:r>
          </w:p>
          <w:p w14:paraId="424CBD17" w14:textId="13DB0544" w:rsidR="00236BAE" w:rsidRPr="00236BAE" w:rsidRDefault="00000000" w:rsidP="00236BAE">
            <w:pPr>
              <w:spacing w:after="20" w:line="223" w:lineRule="auto"/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</w:pPr>
            <w:hyperlink r:id="rId13" w:history="1">
              <w:r w:rsidR="003D12E7" w:rsidRPr="003B3C98">
                <w:rPr>
                  <w:rStyle w:val="Kpr"/>
                  <w:rFonts w:ascii="ISNAD Font" w:hAnsi="ISNAD Font" w:cs="ISNAD Font"/>
                  <w:sz w:val="28"/>
                  <w:szCs w:val="28"/>
                </w:rPr>
                <w:t>https://live.kampus.ebyu.edu.tr/Session/Invitation/71793f39-121a-49a9-8d73-1334f18b5dbc</w:t>
              </w:r>
            </w:hyperlink>
            <w:r w:rsidR="003D12E7"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9990" w:type="dxa"/>
            <w:shd w:val="clear" w:color="auto" w:fill="DAEEF3" w:themeFill="accent5" w:themeFillTint="33"/>
          </w:tcPr>
          <w:p w14:paraId="57EDE11F" w14:textId="77777777" w:rsidR="0018251B" w:rsidRDefault="00140D8D" w:rsidP="00D47F66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</w:pPr>
            <w:r w:rsidRPr="000760EA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>1.2.2. Oturum —</w:t>
            </w:r>
            <w:r w:rsidR="00D47F66" w:rsidRPr="000760EA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0760EA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>Başkan: Dr. Öğr. Üyesi Tuğba GÜNAL</w:t>
            </w:r>
          </w:p>
          <w:p w14:paraId="35B8726C" w14:textId="63ADE2C6" w:rsidR="003D12E7" w:rsidRPr="00CB0E95" w:rsidRDefault="00000000" w:rsidP="00D47F66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</w:pPr>
            <w:hyperlink r:id="rId14" w:history="1">
              <w:r w:rsidR="00CB0E95" w:rsidRPr="00CB0E95">
                <w:rPr>
                  <w:rStyle w:val="Kpr"/>
                  <w:rFonts w:ascii="ISNAD Font" w:hAnsi="ISNAD Font" w:cs="ISNAD Font"/>
                  <w:b/>
                  <w:bCs/>
                  <w:sz w:val="28"/>
                  <w:szCs w:val="28"/>
                </w:rPr>
                <w:t>https://live.kampus.ebyu.edu.tr/Session/Invitation/41e5fc9a-d528-4515-807c-0fd7446ca277</w:t>
              </w:r>
            </w:hyperlink>
            <w:r w:rsidR="00CB0E95" w:rsidRPr="00CB0E95"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9930" w:type="dxa"/>
            <w:shd w:val="clear" w:color="auto" w:fill="DAEEF3" w:themeFill="accent5" w:themeFillTint="33"/>
          </w:tcPr>
          <w:p w14:paraId="27F201F6" w14:textId="77777777" w:rsidR="0018251B" w:rsidRDefault="00140D8D" w:rsidP="00D47F66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bCs/>
                <w:color w:val="000000" w:themeColor="text1"/>
                <w:sz w:val="28"/>
                <w:szCs w:val="28"/>
              </w:rPr>
            </w:pPr>
            <w:r w:rsidRPr="000760EA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 xml:space="preserve">1.3.2. Oturum — </w:t>
            </w:r>
            <w:r w:rsidR="00CA4B0E" w:rsidRPr="00CA4B0E">
              <w:rPr>
                <w:rFonts w:ascii="ISNAD Font" w:eastAsia="Arial" w:hAnsi="ISNAD Font" w:cs="ISNAD Font"/>
                <w:b/>
                <w:bCs/>
                <w:color w:val="000000" w:themeColor="text1"/>
                <w:sz w:val="28"/>
                <w:szCs w:val="28"/>
              </w:rPr>
              <w:t>Başkan: Doç. Dr. Ahmet ŞEN</w:t>
            </w:r>
          </w:p>
          <w:p w14:paraId="5E61015A" w14:textId="6D29D02E" w:rsidR="00CB0E95" w:rsidRPr="00CB0E95" w:rsidRDefault="00000000" w:rsidP="00D47F66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</w:pPr>
            <w:hyperlink r:id="rId15" w:history="1">
              <w:r w:rsidR="00CB0E95" w:rsidRPr="00CB0E95">
                <w:rPr>
                  <w:rStyle w:val="Kpr"/>
                  <w:rFonts w:ascii="ISNAD Font" w:hAnsi="ISNAD Font" w:cs="ISNAD Font"/>
                  <w:b/>
                  <w:bCs/>
                  <w:sz w:val="28"/>
                  <w:szCs w:val="28"/>
                </w:rPr>
                <w:t>https://live.kampus.ebyu.edu.tr/Session/Invitation/9f993479-77cb-4f8c-b898-164e0d4d6406</w:t>
              </w:r>
            </w:hyperlink>
            <w:r w:rsidR="00CB0E95" w:rsidRPr="00CB0E95"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D509B" w:rsidRPr="00D47F66" w14:paraId="7C79A9A0" w14:textId="77777777" w:rsidTr="000760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1" w:type="dxa"/>
          </w:tcPr>
          <w:p w14:paraId="17371F21" w14:textId="399A325C" w:rsidR="00AD509B" w:rsidRPr="00D47F66" w:rsidRDefault="007303CD" w:rsidP="00D47F66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(10:00–10:15)</w:t>
            </w:r>
            <w:r w:rsidR="009A68B4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="009A68B4" w:rsidRPr="00261D1B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Doç.</w:t>
            </w:r>
            <w:r w:rsidR="00AD509B" w:rsidRPr="00261D1B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Dr. </w:t>
            </w:r>
            <w:proofErr w:type="spellStart"/>
            <w:r w:rsidR="00AD509B" w:rsidRPr="00792CF8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Abdulvehhab</w:t>
            </w:r>
            <w:proofErr w:type="spellEnd"/>
            <w:r w:rsidR="00AD509B" w:rsidRPr="00792CF8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</w:t>
            </w:r>
            <w:r w:rsidR="001C438D" w:rsidRPr="00792CF8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GÖZÜN</w:t>
            </w:r>
            <w:r w:rsidR="00AD509B" w:rsidRPr="00792CF8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</w:t>
            </w:r>
            <w:r w:rsidR="009A68B4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D509B" w:rsidRPr="009A68B4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Gümüşhane Üniversitesi</w:t>
            </w:r>
            <w:r w:rsidR="009A68B4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</w:p>
          <w:p w14:paraId="38B1E04C" w14:textId="77777777" w:rsidR="00AD509B" w:rsidRPr="00387795" w:rsidRDefault="00AD509B" w:rsidP="00D47F66">
            <w:pPr>
              <w:spacing w:after="20" w:line="218" w:lineRule="auto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Hadislerde Gençliğin Dinî Temsil Gücü: </w:t>
            </w:r>
            <w:proofErr w:type="spellStart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Mus'ab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b. </w:t>
            </w:r>
            <w:proofErr w:type="spellStart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Umeyr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ve </w:t>
            </w:r>
            <w:proofErr w:type="spellStart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Muaz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b. Cebel Örneği</w:t>
            </w:r>
          </w:p>
          <w:p w14:paraId="1AF69D00" w14:textId="48A0819D" w:rsidR="00AD509B" w:rsidRPr="00D47F66" w:rsidRDefault="007303CD" w:rsidP="00D47F66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(10:15–10:30</w:t>
            </w:r>
            <w:proofErr w:type="gramStart"/>
            <w:r w:rsidRPr="007303CD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)</w:t>
            </w:r>
            <w:r w:rsidR="00AD509B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 </w:t>
            </w:r>
            <w:r w:rsidR="009A68B4" w:rsidRPr="009933AD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(</w:t>
            </w:r>
            <w:proofErr w:type="gramEnd"/>
            <w:r w:rsidR="00AD509B" w:rsidRPr="009933AD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Doktora</w:t>
            </w:r>
            <w:r w:rsidR="009A68B4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  <w:r w:rsidR="00AD509B" w:rsidRPr="00D47F66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 xml:space="preserve"> </w:t>
            </w:r>
            <w:r w:rsidR="00AD509B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Ahmet </w:t>
            </w:r>
            <w:r w:rsidR="001C438D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AKTAŞ</w:t>
            </w:r>
            <w:r w:rsidR="00AD509B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</w:t>
            </w:r>
            <w:r w:rsidR="009A68B4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D509B" w:rsidRPr="009A68B4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İstanbul 29 Mayıs Üniversitesi</w:t>
            </w:r>
            <w:r w:rsidR="009A68B4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</w:p>
          <w:p w14:paraId="01F1D73B" w14:textId="77777777" w:rsidR="00AD509B" w:rsidRPr="00387795" w:rsidRDefault="00AD509B" w:rsidP="00D47F66">
            <w:pPr>
              <w:spacing w:after="20" w:line="218" w:lineRule="auto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Tercümeden Algıya: el-</w:t>
            </w:r>
            <w:proofErr w:type="spellStart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Bezâzetü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mine’l-Îmân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Hadisi Çerçevesinde Din Dili ve Gençlik</w:t>
            </w:r>
          </w:p>
          <w:p w14:paraId="35DA97D3" w14:textId="212F9453" w:rsidR="00AD509B" w:rsidRPr="00D47F66" w:rsidRDefault="007303CD" w:rsidP="00D47F66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(10:30–10:45)</w:t>
            </w:r>
            <w:r w:rsidR="009A68B4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="009A68B4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Dr.</w:t>
            </w:r>
            <w:r w:rsidR="00AD509B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Öğr. Üyesi Emrullah </w:t>
            </w:r>
            <w:r w:rsidR="001C438D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BOLAT</w:t>
            </w:r>
            <w:r w:rsidR="00AD509B" w:rsidRPr="00D47F66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 xml:space="preserve"> </w:t>
            </w:r>
            <w:r w:rsidR="009A68B4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D509B" w:rsidRPr="009A68B4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Ağrı İbrahim Çeçen Üniversitesi</w:t>
            </w:r>
            <w:r w:rsidR="009A68B4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</w:p>
          <w:p w14:paraId="5AC6F68E" w14:textId="77777777" w:rsidR="00AD509B" w:rsidRPr="00D47F66" w:rsidRDefault="00AD509B" w:rsidP="00D47F66">
            <w:pPr>
              <w:spacing w:after="20" w:line="218" w:lineRule="auto"/>
              <w:rPr>
                <w:rFonts w:ascii="ISNAD Font" w:eastAsia="Arial" w:hAnsi="ISNAD Font" w:cs="ISNAD Font"/>
                <w:b w:val="0"/>
                <w:color w:val="17365D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Hadislerde Yönetim Ahlâkı ve Gençlerin Dinî Sorgulamalarına Cevap İmkânı</w:t>
            </w:r>
          </w:p>
        </w:tc>
        <w:tc>
          <w:tcPr>
            <w:tcW w:w="9990" w:type="dxa"/>
          </w:tcPr>
          <w:p w14:paraId="7A8953FB" w14:textId="341A95AF" w:rsidR="00AD509B" w:rsidRPr="00D47F66" w:rsidRDefault="007303CD" w:rsidP="00D47F66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(10:00–10:15</w:t>
            </w:r>
            <w:r w:rsidR="00146D44"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146D44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9933AD" w:rsidRPr="009933AD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(Y.L</w:t>
            </w:r>
            <w:r w:rsidR="009933AD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.</w:t>
            </w:r>
            <w:r w:rsidR="009933AD" w:rsidRPr="009933AD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) </w:t>
            </w:r>
            <w:r w:rsidR="00146D44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Hüseyin</w:t>
            </w:r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C438D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DAĞ</w:t>
            </w:r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46D44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D509B" w:rsidRPr="00146D44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Bolu Abant İzzet Baysal Üniversitesi</w:t>
            </w:r>
            <w:r w:rsidR="00146D44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  <w:r w:rsidR="00AD509B" w:rsidRPr="00D47F66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 xml:space="preserve"> </w:t>
            </w:r>
          </w:p>
          <w:p w14:paraId="0167B5B4" w14:textId="77777777" w:rsidR="00AD509B" w:rsidRDefault="00AD509B" w:rsidP="00D47F66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Gençlerde Dinî Sorgulama Süreci: Akıl, Şüphe ve İman</w:t>
            </w:r>
          </w:p>
          <w:p w14:paraId="6270CB95" w14:textId="76F93D86" w:rsidR="0049520C" w:rsidRDefault="0049520C" w:rsidP="0049520C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</w:pPr>
            <w:r w:rsidRPr="00103D22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</w:t>
            </w:r>
            <w:r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0</w:t>
            </w:r>
            <w:r w:rsidRPr="00103D22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:</w:t>
            </w:r>
            <w:r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15</w:t>
            </w:r>
            <w:r w:rsidRPr="00103D22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–1</w:t>
            </w:r>
            <w:r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0</w:t>
            </w:r>
            <w:r w:rsidRPr="00103D22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:</w:t>
            </w:r>
            <w:r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30</w:t>
            </w:r>
            <w:r w:rsidRPr="00103D22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Pr="0047657C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Dr. Öğr. Üyesi Ekrem Sefa GÜL </w:t>
            </w:r>
            <w:r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Pr="00103D22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Aksaray Üniversitesi</w:t>
            </w:r>
            <w:r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69343B1B" w14:textId="1C3F0DB7" w:rsidR="0049520C" w:rsidRPr="00387795" w:rsidRDefault="0049520C" w:rsidP="0049520C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Kelâm Tarihinde Kullanılan Örneklerin Güncelliği Problemi</w:t>
            </w:r>
          </w:p>
          <w:p w14:paraId="5813772E" w14:textId="2B2CC86A" w:rsidR="00AD509B" w:rsidRPr="00D47F66" w:rsidRDefault="007303CD" w:rsidP="00D47F66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(10:30–10:45</w:t>
            </w:r>
            <w:r w:rsidR="00146D44"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146D44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146D44" w:rsidRPr="0047657C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Arş.</w:t>
            </w:r>
            <w:r w:rsidR="00AD509B" w:rsidRPr="0047657C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Gör. Alirıza Furkan ÖZ </w:t>
            </w:r>
            <w:r w:rsidR="00146D44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D509B" w:rsidRPr="00146D44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Kafkas Üniversitesi</w:t>
            </w:r>
            <w:r w:rsidR="00146D44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1DED9E26" w14:textId="77777777" w:rsidR="00AD509B" w:rsidRPr="00D47F66" w:rsidRDefault="00AD509B" w:rsidP="00D47F66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17365D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Zorunluluktan Bağlama: Gençlerin Dinî Sorgulama Pratikleri Karşısında </w:t>
            </w:r>
            <w:proofErr w:type="spellStart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Usûlcü</w:t>
            </w:r>
            <w:proofErr w:type="spellEnd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Bir Kelâm Dilinin İmkânı — </w:t>
            </w:r>
            <w:proofErr w:type="spellStart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Karâfî</w:t>
            </w:r>
            <w:proofErr w:type="spellEnd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Örneği</w:t>
            </w:r>
          </w:p>
        </w:tc>
        <w:tc>
          <w:tcPr>
            <w:tcW w:w="9930" w:type="dxa"/>
          </w:tcPr>
          <w:p w14:paraId="08E0F8A0" w14:textId="6D737BC7" w:rsidR="00CA4B0E" w:rsidRDefault="007303CD" w:rsidP="00CA4B0E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</w:t>
            </w:r>
            <w:r w:rsidR="00CA4B0E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10</w:t>
            </w:r>
            <w:r w:rsidR="00CA4B0E"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:00–</w:t>
            </w:r>
            <w:r w:rsidR="00CA4B0E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10</w:t>
            </w:r>
            <w:r w:rsidR="00CA4B0E"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:15</w:t>
            </w:r>
            <w:proofErr w:type="gramStart"/>
            <w:r w:rsidR="00CA4B0E"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CA4B0E" w:rsidRPr="009A68B4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:</w:t>
            </w:r>
            <w:r w:rsidR="00CA4B0E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 </w:t>
            </w:r>
            <w:r w:rsidR="00CA4B0E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Doç.</w:t>
            </w:r>
            <w:proofErr w:type="gramEnd"/>
            <w:r w:rsidR="00CA4B0E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Dr. Zafer AKYÜZ </w:t>
            </w:r>
            <w:r w:rsidR="00CA4B0E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CA4B0E" w:rsidRPr="00146D44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Erzincan Binali Yıldırım Üniversitesi</w:t>
            </w:r>
            <w:r w:rsidR="00CA4B0E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39AEDA95" w14:textId="77777777" w:rsidR="00CA4B0E" w:rsidRPr="00387795" w:rsidRDefault="00CA4B0E" w:rsidP="00CA4B0E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Din Dilinde </w:t>
            </w:r>
            <w:proofErr w:type="spellStart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Muktezâ-yı</w:t>
            </w:r>
            <w:proofErr w:type="spellEnd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Hâl: Gençliğe Hitap Üzerine Belâgat Açısından Bir Değerlendirme</w:t>
            </w:r>
          </w:p>
          <w:p w14:paraId="04045269" w14:textId="7D1D613D" w:rsidR="00CA4B0E" w:rsidRPr="00D47F66" w:rsidRDefault="00CA4B0E" w:rsidP="00CA4B0E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</w:t>
            </w:r>
            <w:r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10</w:t>
            </w: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:15–</w:t>
            </w:r>
            <w:r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10</w:t>
            </w: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:30)</w:t>
            </w:r>
            <w:r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Arş. Gör. Dr. Şahin YETİK </w:t>
            </w:r>
            <w:r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Pr="00146D44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Kafkas Üniversitesi</w:t>
            </w:r>
            <w:r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  <w:r w:rsidRPr="00D47F66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 xml:space="preserve"> </w:t>
            </w:r>
          </w:p>
          <w:p w14:paraId="34DA362D" w14:textId="77777777" w:rsidR="00CA4B0E" w:rsidRPr="00387795" w:rsidRDefault="00CA4B0E" w:rsidP="00CA4B0E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Genç Kuşaklarla Dinî İletişimde </w:t>
            </w:r>
            <w:proofErr w:type="spellStart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Kur’ân’ın</w:t>
            </w:r>
            <w:proofErr w:type="spellEnd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Muhatap Merkezli Hitap Üslubu: Belâgat Perspektifinden Bir İnceleme</w:t>
            </w:r>
          </w:p>
          <w:p w14:paraId="325D2062" w14:textId="31E9DE03" w:rsidR="00CA4B0E" w:rsidRPr="00D47F66" w:rsidRDefault="00CA4B0E" w:rsidP="00CA4B0E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</w:t>
            </w:r>
            <w:r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10</w:t>
            </w: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:30–</w:t>
            </w:r>
            <w:r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10</w:t>
            </w: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:45)</w:t>
            </w:r>
            <w:r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A70BE7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(</w:t>
            </w:r>
            <w:r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Misafir</w:t>
            </w:r>
            <w:r w:rsidR="00A70BE7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)</w:t>
            </w:r>
            <w:r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Dr. Öğr. Gör. </w:t>
            </w:r>
            <w:proofErr w:type="spellStart"/>
            <w:r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Eman</w:t>
            </w:r>
            <w:proofErr w:type="spellEnd"/>
            <w:r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Gaber</w:t>
            </w:r>
            <w:proofErr w:type="spellEnd"/>
            <w:r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Khalil</w:t>
            </w:r>
            <w:proofErr w:type="spellEnd"/>
            <w:r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Ahmed </w:t>
            </w:r>
            <w:r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Pr="00146D44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Kuveyt Üniversitesi</w:t>
            </w:r>
            <w:r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3CBB2D59" w14:textId="39B026BE" w:rsidR="00CA4B0E" w:rsidRPr="00CA4B0E" w:rsidRDefault="00CA4B0E" w:rsidP="00CA4B0E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color w:val="17365D"/>
                <w:sz w:val="24"/>
                <w:szCs w:val="24"/>
              </w:rPr>
            </w:pPr>
            <w:proofErr w:type="spellStart"/>
            <w:proofErr w:type="gramStart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لغة</w:t>
            </w:r>
            <w:proofErr w:type="spellEnd"/>
            <w:proofErr w:type="gramEnd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الخطاب</w:t>
            </w:r>
            <w:proofErr w:type="spellEnd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الديني</w:t>
            </w:r>
            <w:proofErr w:type="spellEnd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والبلاغة</w:t>
            </w:r>
            <w:proofErr w:type="spellEnd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التعليمية</w:t>
            </w:r>
            <w:proofErr w:type="spellEnd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في</w:t>
            </w:r>
            <w:proofErr w:type="spellEnd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تعليم</w:t>
            </w:r>
            <w:proofErr w:type="spellEnd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العربية</w:t>
            </w:r>
            <w:proofErr w:type="spellEnd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للناطقين</w:t>
            </w:r>
            <w:proofErr w:type="spellEnd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بغيرها</w:t>
            </w:r>
            <w:proofErr w:type="spellEnd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من</w:t>
            </w:r>
            <w:proofErr w:type="spellEnd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الشباب</w:t>
            </w:r>
            <w:proofErr w:type="spellEnd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: </w:t>
            </w:r>
            <w:proofErr w:type="spellStart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دراسة</w:t>
            </w:r>
            <w:proofErr w:type="spellEnd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نقدية</w:t>
            </w:r>
            <w:proofErr w:type="spellEnd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في</w:t>
            </w:r>
            <w:proofErr w:type="spellEnd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حدود</w:t>
            </w:r>
            <w:proofErr w:type="spellEnd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التبسيط</w:t>
            </w:r>
            <w:proofErr w:type="spellEnd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الدلالي</w:t>
            </w:r>
            <w:proofErr w:type="spellEnd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والتكثيف</w:t>
            </w:r>
            <w:proofErr w:type="spellEnd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146D44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المفهومي</w:t>
            </w:r>
            <w:proofErr w:type="spellEnd"/>
          </w:p>
          <w:p w14:paraId="3FD8D53F" w14:textId="0CEBAF8D" w:rsidR="00AD509B" w:rsidRPr="00D47F66" w:rsidRDefault="00AD509B" w:rsidP="00146D44">
            <w:pPr>
              <w:spacing w:after="20" w:line="21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17365D"/>
                <w:sz w:val="24"/>
                <w:szCs w:val="24"/>
              </w:rPr>
            </w:pPr>
          </w:p>
        </w:tc>
      </w:tr>
      <w:tr w:rsidR="0018251B" w:rsidRPr="00D47F66" w14:paraId="07E3625D" w14:textId="77777777" w:rsidTr="000760EA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1" w:type="dxa"/>
            <w:shd w:val="clear" w:color="auto" w:fill="DAEEF3" w:themeFill="accent5" w:themeFillTint="33"/>
          </w:tcPr>
          <w:p w14:paraId="5C96F41C" w14:textId="261FB0B0" w:rsidR="0018251B" w:rsidRPr="00CB0E95" w:rsidRDefault="00140D8D" w:rsidP="00CB0E95">
            <w:pPr>
              <w:pStyle w:val="ListeParagraf"/>
              <w:numPr>
                <w:ilvl w:val="2"/>
                <w:numId w:val="10"/>
              </w:numPr>
              <w:spacing w:after="20" w:line="223" w:lineRule="auto"/>
              <w:rPr>
                <w:rFonts w:ascii="ISNAD Font" w:eastAsia="Arial" w:hAnsi="ISNAD Font" w:cs="ISNAD Font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CB0E95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>Oturum — Başkan: Prof. Dr. Nizamettin PARLAK</w:t>
            </w:r>
          </w:p>
          <w:p w14:paraId="4BD63F90" w14:textId="28725A8D" w:rsidR="00CB0E95" w:rsidRPr="00CB0E95" w:rsidRDefault="00000000" w:rsidP="00CB0E95">
            <w:pPr>
              <w:spacing w:after="20" w:line="223" w:lineRule="auto"/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</w:pPr>
            <w:hyperlink r:id="rId16" w:history="1">
              <w:r w:rsidR="00357D8E" w:rsidRPr="003B3C98">
                <w:rPr>
                  <w:rStyle w:val="Kpr"/>
                  <w:rFonts w:ascii="ISNAD Font" w:hAnsi="ISNAD Font" w:cs="ISNAD Font"/>
                  <w:sz w:val="28"/>
                  <w:szCs w:val="28"/>
                </w:rPr>
                <w:t>https://live.kampus.ebyu.edu.tr/Session/Invitation/af924e10-0ccc-42c7-82c5-f26fe670b500</w:t>
              </w:r>
            </w:hyperlink>
            <w:r w:rsidR="00357D8E"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9990" w:type="dxa"/>
            <w:shd w:val="clear" w:color="auto" w:fill="DAEEF3" w:themeFill="accent5" w:themeFillTint="33"/>
          </w:tcPr>
          <w:p w14:paraId="36252CB2" w14:textId="77777777" w:rsidR="0018251B" w:rsidRDefault="00140D8D" w:rsidP="00D47F66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</w:pPr>
            <w:r w:rsidRPr="000760EA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>1.2.3. Oturum —</w:t>
            </w:r>
            <w:r w:rsidR="00D47F66" w:rsidRPr="000760EA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0760EA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 xml:space="preserve">Başkan: Prof. Dr. </w:t>
            </w:r>
            <w:proofErr w:type="spellStart"/>
            <w:r w:rsidRPr="000760EA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>Rabiye</w:t>
            </w:r>
            <w:proofErr w:type="spellEnd"/>
            <w:r w:rsidRPr="000760EA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 xml:space="preserve"> ÇETİN</w:t>
            </w:r>
          </w:p>
          <w:p w14:paraId="2D53B85C" w14:textId="15DDD48E" w:rsidR="00357D8E" w:rsidRPr="00115A6C" w:rsidRDefault="00000000" w:rsidP="00D47F66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</w:pPr>
            <w:hyperlink r:id="rId17" w:history="1">
              <w:r w:rsidR="00115A6C" w:rsidRPr="003B3C98">
                <w:rPr>
                  <w:rStyle w:val="Kpr"/>
                  <w:rFonts w:ascii="ISNAD Font" w:hAnsi="ISNAD Font" w:cs="ISNAD Font"/>
                  <w:b/>
                  <w:bCs/>
                  <w:sz w:val="28"/>
                  <w:szCs w:val="28"/>
                </w:rPr>
                <w:t>https://live.kampus.ebyu.edu.tr/Session/Invitation/d1727f0d-664e-4957-ba20-f3dd91f58098</w:t>
              </w:r>
            </w:hyperlink>
            <w:r w:rsidR="00115A6C"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9930" w:type="dxa"/>
            <w:shd w:val="clear" w:color="auto" w:fill="DAEEF3" w:themeFill="accent5" w:themeFillTint="33"/>
          </w:tcPr>
          <w:p w14:paraId="3C08230E" w14:textId="77777777" w:rsidR="0018251B" w:rsidRDefault="00140D8D" w:rsidP="00D47F66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</w:pPr>
            <w:r w:rsidRPr="000760EA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>1.3.3. Oturum — Başkan: Prof. Dr. Yıldız KIZILABDULLAH</w:t>
            </w:r>
          </w:p>
          <w:p w14:paraId="7E7C76B8" w14:textId="7ACC5CC1" w:rsidR="000824C6" w:rsidRPr="00C13385" w:rsidRDefault="00000000" w:rsidP="00D47F66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</w:pPr>
            <w:hyperlink r:id="rId18" w:history="1">
              <w:r w:rsidR="00C13385" w:rsidRPr="003B3C98">
                <w:rPr>
                  <w:rStyle w:val="Kpr"/>
                  <w:rFonts w:ascii="ISNAD Font" w:hAnsi="ISNAD Font" w:cs="ISNAD Font"/>
                  <w:b/>
                  <w:bCs/>
                  <w:sz w:val="28"/>
                  <w:szCs w:val="28"/>
                </w:rPr>
                <w:t>https://live.kampus.ebyu.edu.tr/Session/Invitation/854f3c89-30a6-4fea-8229-9abf629abda1</w:t>
              </w:r>
            </w:hyperlink>
            <w:r w:rsidR="00C13385"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D509B" w:rsidRPr="00D47F66" w14:paraId="5E210ADE" w14:textId="77777777" w:rsidTr="000760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1" w:type="dxa"/>
          </w:tcPr>
          <w:p w14:paraId="1A393873" w14:textId="4E0E63FF" w:rsidR="00AD509B" w:rsidRPr="00D47F66" w:rsidRDefault="00146D44" w:rsidP="00D47F66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146D44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(11:00–11:15)</w:t>
            </w:r>
            <w:r w:rsidR="009A68B4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="009A68B4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Dr.</w:t>
            </w:r>
            <w:r w:rsidR="00AD509B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Öğr. Üyesi İbrahim </w:t>
            </w:r>
            <w:r w:rsidR="001C438D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AYHAN</w:t>
            </w:r>
            <w:r w:rsidR="00AD509B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</w:t>
            </w:r>
            <w:r w:rsidR="009A68B4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D509B" w:rsidRPr="009A68B4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Kafkas Üniversitesi</w:t>
            </w:r>
            <w:r w:rsidR="009A68B4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 xml:space="preserve">) </w:t>
            </w:r>
          </w:p>
          <w:p w14:paraId="20375185" w14:textId="77777777" w:rsidR="00AD509B" w:rsidRPr="00387795" w:rsidRDefault="00AD509B" w:rsidP="00D47F66">
            <w:pPr>
              <w:spacing w:after="20" w:line="218" w:lineRule="auto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proofErr w:type="spellStart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Tehzîbü’l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-Ahlâk Literatüründe Din Dilinin İnşası: İbn </w:t>
            </w:r>
            <w:proofErr w:type="spellStart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Miskeveyh’in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ISNAD Font" w:eastAsia="Arial" w:hAnsi="ISNAD Font" w:cs="ISNAD Font"/>
                <w:b w:val="0"/>
                <w:i/>
                <w:iCs/>
                <w:color w:val="000000" w:themeColor="text1"/>
                <w:sz w:val="24"/>
                <w:szCs w:val="24"/>
              </w:rPr>
              <w:t>Tehzîbü’l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i/>
                <w:iCs/>
                <w:color w:val="000000" w:themeColor="text1"/>
                <w:sz w:val="24"/>
                <w:szCs w:val="24"/>
              </w:rPr>
              <w:t>-Ahlâk</w:t>
            </w: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Adlı Eserinde Yer Alan Rivayetlerin Pedagojik Açıdan İncelenmesi</w:t>
            </w:r>
          </w:p>
          <w:p w14:paraId="053F2892" w14:textId="5A0A6CC4" w:rsidR="00AD509B" w:rsidRPr="00D47F66" w:rsidRDefault="00146D44" w:rsidP="00D47F66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146D44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(11:15–11:30)</w:t>
            </w:r>
            <w:r w:rsidR="009A68B4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="009A68B4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Dr.</w:t>
            </w:r>
            <w:r w:rsidR="00AD509B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Hüseyin ÇİNAR </w:t>
            </w:r>
            <w:r w:rsidR="009A68B4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261D1B" w:rsidRPr="009A68B4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Millî</w:t>
            </w:r>
            <w:r w:rsidR="00AD509B" w:rsidRPr="009A68B4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 xml:space="preserve"> Eğitim Bakanlığı</w:t>
            </w:r>
            <w:r w:rsidR="009A68B4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</w:p>
          <w:p w14:paraId="48D62978" w14:textId="64318501" w:rsidR="00C00CE4" w:rsidRDefault="00C00CE4" w:rsidP="00BD38F5">
            <w:pPr>
              <w:spacing w:line="218" w:lineRule="auto"/>
              <w:rPr>
                <w:rFonts w:ascii="ISNAD Font" w:eastAsia="Arial" w:hAnsi="ISNAD Font" w:cs="ISNAD Font"/>
                <w:bCs w:val="0"/>
                <w:color w:val="000000" w:themeColor="text1"/>
                <w:sz w:val="24"/>
                <w:szCs w:val="24"/>
              </w:rPr>
            </w:pPr>
            <w:r w:rsidRPr="00BD38F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Hadislerde Kadın </w:t>
            </w:r>
            <w:r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v</w:t>
            </w:r>
            <w:r w:rsidRPr="00BD38F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e Aile Meselesi: Kürtaj </w:t>
            </w:r>
            <w:proofErr w:type="gramStart"/>
            <w:r w:rsidRPr="00BD38F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Ve</w:t>
            </w:r>
            <w:proofErr w:type="gramEnd"/>
            <w:r w:rsidRPr="00BD38F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Doğum Kontrolü Tartışmalarına </w:t>
            </w:r>
            <w:proofErr w:type="spellStart"/>
            <w:r w:rsidRPr="00BD38F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Tecrîd</w:t>
            </w:r>
            <w:proofErr w:type="spellEnd"/>
            <w:r w:rsidRPr="00BD38F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i</w:t>
            </w:r>
            <w:r w:rsidRPr="00BD38F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D38F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Sarîh</w:t>
            </w:r>
            <w:proofErr w:type="spellEnd"/>
            <w:r w:rsidRPr="00BD38F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Üzerinden Bir Bakış </w:t>
            </w:r>
          </w:p>
          <w:p w14:paraId="315653A6" w14:textId="291940C2" w:rsidR="00AD509B" w:rsidRPr="00D47F66" w:rsidRDefault="00103D22" w:rsidP="00BD38F5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103D22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(11:30–11:45)</w:t>
            </w:r>
            <w:r w:rsidR="009A68B4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="009A68B4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Doç.</w:t>
            </w:r>
            <w:r w:rsidR="00AD509B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Dr. Ramazan </w:t>
            </w:r>
            <w:r w:rsidR="001C438D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ÖNAL</w:t>
            </w:r>
            <w:r w:rsidR="00AD509B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</w:t>
            </w:r>
            <w:r w:rsidR="009A68B4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D509B" w:rsidRPr="009A68B4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Erzincan Binali Yıldırım Üniversitesi</w:t>
            </w:r>
            <w:r w:rsidR="009A68B4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</w:p>
          <w:p w14:paraId="18E05CBC" w14:textId="77777777" w:rsidR="00AD509B" w:rsidRPr="00D47F66" w:rsidRDefault="00AD509B" w:rsidP="00D47F66">
            <w:pPr>
              <w:spacing w:after="20" w:line="218" w:lineRule="auto"/>
              <w:rPr>
                <w:rFonts w:ascii="ISNAD Font" w:eastAsia="Arial" w:hAnsi="ISNAD Font" w:cs="ISNAD Font"/>
                <w:b w:val="0"/>
                <w:color w:val="17365D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İbn </w:t>
            </w:r>
            <w:proofErr w:type="spellStart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Ebî'd-Dünyâ'nın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387795">
              <w:rPr>
                <w:rFonts w:ascii="ISNAD Font" w:eastAsia="Arial" w:hAnsi="ISNAD Font" w:cs="ISNAD Font"/>
                <w:b w:val="0"/>
                <w:i/>
                <w:iCs/>
                <w:color w:val="000000" w:themeColor="text1"/>
                <w:sz w:val="24"/>
                <w:szCs w:val="24"/>
              </w:rPr>
              <w:t>el-</w:t>
            </w:r>
            <w:proofErr w:type="spellStart"/>
            <w:r w:rsidRPr="00387795">
              <w:rPr>
                <w:rFonts w:ascii="ISNAD Font" w:eastAsia="Arial" w:hAnsi="ISNAD Font" w:cs="ISNAD Font"/>
                <w:b w:val="0"/>
                <w:i/>
                <w:iCs/>
                <w:color w:val="000000" w:themeColor="text1"/>
                <w:sz w:val="24"/>
                <w:szCs w:val="24"/>
              </w:rPr>
              <w:t>ʿIyâl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Adlı Eseri Bağlamında Erken Dönem İslam Toplumunda Din Dili ve Gençliğin Eğitimi</w:t>
            </w:r>
          </w:p>
        </w:tc>
        <w:tc>
          <w:tcPr>
            <w:tcW w:w="9990" w:type="dxa"/>
          </w:tcPr>
          <w:p w14:paraId="42599F5A" w14:textId="76FF8A08" w:rsidR="00AD509B" w:rsidRPr="00D47F66" w:rsidRDefault="00146D44" w:rsidP="00D47F66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146D44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(11:00–11:15)</w:t>
            </w:r>
            <w:r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Pr="0047657C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Dr.</w:t>
            </w:r>
            <w:r w:rsidR="00AD509B" w:rsidRPr="0047657C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Öğr. Üyesi Abdurrahman ATALAY </w:t>
            </w:r>
            <w:r w:rsidR="00A70BE7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D509B" w:rsidRPr="00A70BE7">
              <w:rPr>
                <w:rFonts w:ascii="ISNAD Font" w:eastAsia="Arial" w:hAnsi="ISNAD Font" w:cs="ISNAD Font"/>
                <w:b/>
                <w:color w:val="4F81BD" w:themeColor="accent1"/>
                <w:sz w:val="20"/>
                <w:szCs w:val="20"/>
              </w:rPr>
              <w:t>Gümüşhane Üniversites</w:t>
            </w:r>
            <w:r w:rsidR="00A70BE7" w:rsidRPr="00A70BE7">
              <w:rPr>
                <w:rFonts w:ascii="ISNAD Font" w:eastAsia="Arial" w:hAnsi="ISNAD Font" w:cs="ISNAD Font"/>
                <w:b/>
                <w:color w:val="4F81BD" w:themeColor="accent1"/>
                <w:sz w:val="20"/>
                <w:szCs w:val="20"/>
              </w:rPr>
              <w:t>i</w:t>
            </w:r>
            <w:r w:rsidR="00A70BE7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0343265A" w14:textId="77777777" w:rsidR="00AD509B" w:rsidRPr="00387795" w:rsidRDefault="00AD509B" w:rsidP="00D47F66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Cumhuriyet Dönemi Din Politikalarının Günümüz Gençliğinin Din Algısındaki Yansımaları: </w:t>
            </w:r>
            <w:proofErr w:type="spellStart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Kelâmî</w:t>
            </w:r>
            <w:proofErr w:type="spellEnd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Bir Değerlendirme</w:t>
            </w:r>
          </w:p>
          <w:p w14:paraId="4222F854" w14:textId="19243239" w:rsidR="00AD509B" w:rsidRPr="00D47F66" w:rsidRDefault="00146D44" w:rsidP="00D47F66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146D44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(11:15–11:30</w:t>
            </w:r>
            <w:proofErr w:type="gramStart"/>
            <w:r w:rsidRPr="00146D44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AD509B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 </w:t>
            </w:r>
            <w:r w:rsidRPr="0047657C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(</w:t>
            </w:r>
            <w:proofErr w:type="gramEnd"/>
            <w:r w:rsidR="00AD509B" w:rsidRPr="0047657C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Doktora</w:t>
            </w:r>
            <w:r w:rsidRPr="0047657C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)</w:t>
            </w:r>
            <w:r w:rsidR="00AD509B" w:rsidRPr="0047657C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Metin </w:t>
            </w:r>
            <w:r w:rsidR="001C438D" w:rsidRPr="0047657C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AKBAŞ</w:t>
            </w:r>
            <w:r w:rsidR="00AD509B" w:rsidRPr="0047657C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D509B" w:rsidRPr="00146D44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Erzincan Binali Yıldırım Üniversitesi</w:t>
            </w:r>
            <w:r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  <w:r w:rsidR="00AD509B" w:rsidRPr="00D47F66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 xml:space="preserve"> </w:t>
            </w:r>
          </w:p>
          <w:p w14:paraId="529D79BF" w14:textId="77777777" w:rsidR="00AD509B" w:rsidRPr="00D47F66" w:rsidRDefault="00AD509B" w:rsidP="00D47F66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Günümüzde </w:t>
            </w:r>
            <w:proofErr w:type="spellStart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Selefî</w:t>
            </w:r>
            <w:proofErr w:type="spellEnd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Söylemin Din Dili ve Gençlik Üzerindeki Etkileri: </w:t>
            </w:r>
            <w:proofErr w:type="spellStart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Kelâmî</w:t>
            </w:r>
            <w:proofErr w:type="spellEnd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Bir Değerlendirme</w:t>
            </w:r>
          </w:p>
          <w:p w14:paraId="52BA363D" w14:textId="54A10D71" w:rsidR="0049520C" w:rsidRPr="00D47F66" w:rsidRDefault="0049520C" w:rsidP="0049520C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</w:t>
            </w:r>
            <w:r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1</w:t>
            </w: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:</w:t>
            </w:r>
            <w:r w:rsidR="00372519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30</w:t>
            </w: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–</w:t>
            </w:r>
            <w:r w:rsidR="00372519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11</w:t>
            </w: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:</w:t>
            </w:r>
            <w:r w:rsidR="00372519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45</w:t>
            </w: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(Y.L.)</w:t>
            </w:r>
            <w:r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Ayşe </w:t>
            </w:r>
            <w:r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PEKOK &amp; Dr. Öğr. Üyesi Gülşen SAYIN</w:t>
            </w:r>
            <w:r w:rsidRPr="00D47F66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 xml:space="preserve"> </w:t>
            </w:r>
            <w:r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Pr="00146D44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İnönü Üniversitesi</w:t>
            </w:r>
            <w:r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  <w:r w:rsidRPr="00D47F66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 xml:space="preserve"> </w:t>
            </w:r>
          </w:p>
          <w:p w14:paraId="4CBFA60A" w14:textId="77777777" w:rsidR="0049520C" w:rsidRPr="00387795" w:rsidRDefault="0049520C" w:rsidP="0049520C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Kader, İman, Mucize ve </w:t>
            </w:r>
            <w:proofErr w:type="spellStart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Gayb</w:t>
            </w:r>
            <w:proofErr w:type="spellEnd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Gibi Temel Kavramların Gençler Tarafından Algılanma Biçimleri</w:t>
            </w:r>
          </w:p>
          <w:p w14:paraId="725260C0" w14:textId="2BC93E89" w:rsidR="00AD509B" w:rsidRPr="00D47F66" w:rsidRDefault="00AD509B" w:rsidP="00103D22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17365D"/>
                <w:sz w:val="24"/>
                <w:szCs w:val="24"/>
              </w:rPr>
            </w:pPr>
          </w:p>
        </w:tc>
        <w:tc>
          <w:tcPr>
            <w:tcW w:w="9930" w:type="dxa"/>
          </w:tcPr>
          <w:p w14:paraId="4EBA4A47" w14:textId="53090AE0" w:rsidR="00103D22" w:rsidRDefault="00146D44" w:rsidP="00103D22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</w:pPr>
            <w:r w:rsidRPr="00146D44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(11:00–11:15</w:t>
            </w:r>
            <w:r w:rsidR="00103D22" w:rsidRPr="00146D44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103D22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103D22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Dr.</w:t>
            </w:r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Lokman </w:t>
            </w:r>
            <w:r w:rsidR="001C438D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YILDIRIM </w:t>
            </w:r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&amp; Dr. </w:t>
            </w:r>
            <w:r w:rsidR="00103D22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Öğr. Üyesi </w:t>
            </w:r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Vahdeddin </w:t>
            </w:r>
            <w:r w:rsidR="001C438D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ŞİMŞEK</w:t>
            </w:r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03D22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103D22" w:rsidRPr="00103D22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Kırıkkale Üniversitesi</w:t>
            </w:r>
            <w:r w:rsidR="00103D22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2C66777F" w14:textId="41C21C09" w:rsidR="00AD509B" w:rsidRPr="00387795" w:rsidRDefault="00AD509B" w:rsidP="00103D22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Din Eğitiminin Dijital Dili: MEB Din Öğretimi Genel Müdürlüğü İçerik Stratejisi Üzerine Bir Değerlendirme</w:t>
            </w:r>
          </w:p>
          <w:p w14:paraId="720300A6" w14:textId="1E8CC317" w:rsidR="00AD509B" w:rsidRPr="00D47F66" w:rsidRDefault="00146D44" w:rsidP="00D47F66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146D44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(11:15–11:30</w:t>
            </w:r>
            <w:r w:rsidR="00103D22" w:rsidRPr="00146D44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103D22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103D22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Doç</w:t>
            </w:r>
            <w:r w:rsidR="00103D22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.</w:t>
            </w:r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Dr. Fatih KAYA </w:t>
            </w:r>
            <w:r w:rsidR="00103D22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D509B" w:rsidRPr="00103D22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Bayburt Üniversitesi</w:t>
            </w:r>
            <w:r w:rsidR="00103D22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783CE560" w14:textId="77777777" w:rsidR="00AD509B" w:rsidRPr="00387795" w:rsidRDefault="00AD509B" w:rsidP="00D47F66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Dijital Çağda 'Çalınan </w:t>
            </w:r>
            <w:proofErr w:type="spellStart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Dikkat'i</w:t>
            </w:r>
            <w:proofErr w:type="spellEnd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Geri Kazanmak: </w:t>
            </w:r>
            <w:proofErr w:type="spellStart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Abdülfettâh</w:t>
            </w:r>
            <w:proofErr w:type="spellEnd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Ebû </w:t>
            </w:r>
            <w:proofErr w:type="spellStart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Gudde’nin</w:t>
            </w:r>
            <w:proofErr w:type="spellEnd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“</w:t>
            </w:r>
            <w:r w:rsidRPr="00387795">
              <w:rPr>
                <w:rFonts w:ascii="ISNAD Font" w:eastAsia="Arial" w:hAnsi="ISNAD Font" w:cs="ISNAD Font"/>
                <w:i/>
                <w:iCs/>
                <w:color w:val="000000" w:themeColor="text1"/>
                <w:sz w:val="24"/>
                <w:szCs w:val="24"/>
              </w:rPr>
              <w:t>Zamanın Kıymeti</w:t>
            </w: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” Eseri Bağlamında Gençlere Yönelik Din Dili Arayışları</w:t>
            </w:r>
          </w:p>
          <w:p w14:paraId="472C1ACE" w14:textId="77777777" w:rsidR="00E75500" w:rsidRDefault="007401FC" w:rsidP="007401FC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</w:pPr>
            <w:r w:rsidRPr="007401FC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(11:30–11:45) </w:t>
            </w:r>
            <w:r w:rsidRPr="00E75500">
              <w:rPr>
                <w:rFonts w:ascii="ISNAD Font" w:eastAsia="Arial" w:hAnsi="ISNAD Font" w:cs="ISNAD Font"/>
                <w:b/>
                <w:color w:val="auto"/>
                <w:sz w:val="24"/>
                <w:szCs w:val="24"/>
              </w:rPr>
              <w:t>Dr. Öğretim Üyesi Osman YILMAZ (</w:t>
            </w:r>
            <w:r w:rsidRPr="00F87DA9">
              <w:rPr>
                <w:rFonts w:ascii="ISNAD Font" w:eastAsia="Arial" w:hAnsi="ISNAD Font" w:cs="ISNAD Font"/>
                <w:b/>
                <w:color w:val="4F81BD" w:themeColor="accent1"/>
                <w:sz w:val="24"/>
                <w:szCs w:val="24"/>
              </w:rPr>
              <w:t>Ardahan Üniversitesi</w:t>
            </w:r>
            <w:r w:rsidRPr="00E75500">
              <w:rPr>
                <w:rFonts w:ascii="ISNAD Font" w:eastAsia="Arial" w:hAnsi="ISNAD Font" w:cs="ISNAD Font"/>
                <w:b/>
                <w:color w:val="auto"/>
                <w:sz w:val="24"/>
                <w:szCs w:val="24"/>
              </w:rPr>
              <w:t>)</w:t>
            </w:r>
          </w:p>
          <w:p w14:paraId="5D569864" w14:textId="35F9B1F0" w:rsidR="00AD509B" w:rsidRPr="00E75500" w:rsidRDefault="007401FC" w:rsidP="007401FC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Cs/>
                <w:color w:val="17365D"/>
                <w:sz w:val="24"/>
                <w:szCs w:val="24"/>
              </w:rPr>
            </w:pPr>
            <w:r w:rsidRPr="007401FC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 </w:t>
            </w:r>
            <w:r w:rsidRPr="00E75500">
              <w:rPr>
                <w:rFonts w:ascii="ISNAD Font" w:eastAsia="Arial" w:hAnsi="ISNAD Font" w:cs="ISNAD Font"/>
                <w:bCs/>
                <w:color w:val="auto"/>
                <w:sz w:val="24"/>
                <w:szCs w:val="24"/>
              </w:rPr>
              <w:t>Gençlerde Dijital Mahremiyet Bilincinin İnşasında Dinî Rehberlik Dilinin Rolü</w:t>
            </w:r>
          </w:p>
        </w:tc>
      </w:tr>
      <w:tr w:rsidR="0018251B" w:rsidRPr="00D47F66" w14:paraId="12D21E9A" w14:textId="77777777" w:rsidTr="000760EA">
        <w:trPr>
          <w:trHeight w:val="3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1" w:type="dxa"/>
            <w:shd w:val="clear" w:color="auto" w:fill="DAEEF3" w:themeFill="accent5" w:themeFillTint="33"/>
          </w:tcPr>
          <w:p w14:paraId="1BDDFBAF" w14:textId="2E0D22DF" w:rsidR="0018251B" w:rsidRPr="00321F30" w:rsidRDefault="00140D8D" w:rsidP="00321F30">
            <w:pPr>
              <w:pStyle w:val="ListeParagraf"/>
              <w:numPr>
                <w:ilvl w:val="2"/>
                <w:numId w:val="10"/>
              </w:numPr>
              <w:spacing w:after="20" w:line="223" w:lineRule="auto"/>
              <w:rPr>
                <w:rFonts w:ascii="ISNAD Font" w:eastAsia="Arial" w:hAnsi="ISNAD Font" w:cs="ISNAD Font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321F30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>Oturum — Başkan: Doç. Dr. Zeynep Nermin AKSAKAL</w:t>
            </w:r>
            <w:r w:rsidR="00610697" w:rsidRPr="00321F30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 xml:space="preserve"> </w:t>
            </w:r>
            <w:r w:rsidR="00B067B9" w:rsidRPr="00321F30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>UĞUREL</w:t>
            </w:r>
          </w:p>
          <w:p w14:paraId="3092B985" w14:textId="16EF2C91" w:rsidR="00321F30" w:rsidRPr="00321F30" w:rsidRDefault="00000000" w:rsidP="00321F30">
            <w:pPr>
              <w:spacing w:after="20" w:line="223" w:lineRule="auto"/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</w:pPr>
            <w:hyperlink r:id="rId19" w:history="1">
              <w:r w:rsidR="009C6C22" w:rsidRPr="003B3C98">
                <w:rPr>
                  <w:rStyle w:val="Kpr"/>
                  <w:rFonts w:ascii="ISNAD Font" w:hAnsi="ISNAD Font" w:cs="ISNAD Font"/>
                  <w:sz w:val="28"/>
                  <w:szCs w:val="28"/>
                </w:rPr>
                <w:t>https://live.kampus.ebyu.edu.tr/Session/Invitation/9aa7b35b-b59c-4b46-980f-986ef848d353</w:t>
              </w:r>
            </w:hyperlink>
            <w:r w:rsidR="009C6C22"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9990" w:type="dxa"/>
            <w:shd w:val="clear" w:color="auto" w:fill="DAEEF3" w:themeFill="accent5" w:themeFillTint="33"/>
          </w:tcPr>
          <w:p w14:paraId="6A088843" w14:textId="77777777" w:rsidR="0018251B" w:rsidRDefault="00140D8D" w:rsidP="00D47F66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</w:pPr>
            <w:r w:rsidRPr="000760EA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>1.2.4. Oturum —</w:t>
            </w:r>
            <w:r w:rsidR="00D47F66" w:rsidRPr="000760EA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0760EA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 xml:space="preserve">Başkan: Dr. Öğr. Üyesi </w:t>
            </w:r>
            <w:proofErr w:type="spellStart"/>
            <w:r w:rsidRPr="000760EA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>Hafzullah</w:t>
            </w:r>
            <w:proofErr w:type="spellEnd"/>
            <w:r w:rsidRPr="000760EA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 xml:space="preserve"> GENÇ</w:t>
            </w:r>
          </w:p>
          <w:p w14:paraId="11364E9D" w14:textId="6E4F88E3" w:rsidR="009C6C22" w:rsidRPr="00A0131A" w:rsidRDefault="00000000" w:rsidP="00D47F66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</w:pPr>
            <w:hyperlink r:id="rId20" w:history="1">
              <w:r w:rsidR="00780CDA" w:rsidRPr="00424AAF">
                <w:rPr>
                  <w:rStyle w:val="Kpr"/>
                  <w:rFonts w:ascii="ISNAD Font" w:hAnsi="ISNAD Font" w:cs="ISNAD Font"/>
                  <w:b/>
                  <w:bCs/>
                  <w:sz w:val="28"/>
                  <w:szCs w:val="28"/>
                </w:rPr>
                <w:t>https://live.kampus.ebyu.edu.tr/Session/Invitation/9b10c17f-537d-497a-a68a-eed4aee7fd6f</w:t>
              </w:r>
            </w:hyperlink>
          </w:p>
        </w:tc>
        <w:tc>
          <w:tcPr>
            <w:tcW w:w="9930" w:type="dxa"/>
            <w:shd w:val="clear" w:color="auto" w:fill="DAEEF3" w:themeFill="accent5" w:themeFillTint="33"/>
          </w:tcPr>
          <w:p w14:paraId="0A8DE095" w14:textId="77777777" w:rsidR="0018251B" w:rsidRDefault="00140D8D" w:rsidP="00D47F66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</w:pPr>
            <w:r w:rsidRPr="000760EA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>1.3.4. Oturum — Başkan: Doç. Dr. Fatma ÇAPCIOĞLU</w:t>
            </w:r>
          </w:p>
          <w:p w14:paraId="30ED1883" w14:textId="43ED910E" w:rsidR="001675A6" w:rsidRPr="001675A6" w:rsidRDefault="00000000" w:rsidP="00D47F66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</w:pPr>
            <w:hyperlink r:id="rId21" w:history="1">
              <w:r w:rsidR="001675A6" w:rsidRPr="001675A6">
                <w:rPr>
                  <w:rStyle w:val="Kpr"/>
                  <w:rFonts w:ascii="ISNAD Font" w:hAnsi="ISNAD Font" w:cs="ISNAD Font"/>
                  <w:b/>
                  <w:bCs/>
                  <w:sz w:val="28"/>
                  <w:szCs w:val="28"/>
                </w:rPr>
                <w:t>https://live.kampus.ebyu.edu.tr/Session/Invitation/6b14f631-af82-41c6-b922-81796a76623b</w:t>
              </w:r>
            </w:hyperlink>
            <w:r w:rsidR="001675A6" w:rsidRPr="001675A6"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D509B" w:rsidRPr="00D47F66" w14:paraId="4916E453" w14:textId="77777777" w:rsidTr="000760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1" w:type="dxa"/>
          </w:tcPr>
          <w:p w14:paraId="190CB061" w14:textId="10A67AAC" w:rsidR="00AD509B" w:rsidRPr="00D47F66" w:rsidRDefault="007303CD" w:rsidP="00D47F66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(13:00-13:15)</w:t>
            </w:r>
            <w:r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Prof.</w:t>
            </w:r>
            <w:r w:rsidR="00AD509B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Dr. Ziya ŞEN </w:t>
            </w:r>
            <w:r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D509B" w:rsidRPr="007303CD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Artvin Çoruh Üniversitesi</w:t>
            </w:r>
            <w:r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</w:p>
          <w:p w14:paraId="16D73FE6" w14:textId="77777777" w:rsidR="00AD509B" w:rsidRPr="00387795" w:rsidRDefault="00AD509B" w:rsidP="00D47F66">
            <w:pPr>
              <w:spacing w:after="20" w:line="218" w:lineRule="auto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Kur’an Mesajının Günümüz Gençlik Diline Uyarlanabilirliği</w:t>
            </w:r>
          </w:p>
          <w:p w14:paraId="5ABB190B" w14:textId="1578596E" w:rsidR="00AD509B" w:rsidRPr="00D47F66" w:rsidRDefault="007303CD" w:rsidP="00D47F66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(13:15-13:30)</w:t>
            </w:r>
            <w:r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Pr="009933AD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Dr. Öğr. Üyesi </w:t>
            </w:r>
            <w:r w:rsidRPr="00602D88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Resul</w:t>
            </w:r>
            <w:r w:rsidR="00AD509B" w:rsidRPr="00602D88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ERTUĞRUL </w:t>
            </w:r>
            <w:r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D509B" w:rsidRPr="007303CD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Bayburt Üniversitesi</w:t>
            </w:r>
            <w:r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</w:p>
          <w:p w14:paraId="56BCA791" w14:textId="77777777" w:rsidR="00AD509B" w:rsidRPr="00387795" w:rsidRDefault="00AD509B" w:rsidP="00D47F66">
            <w:pPr>
              <w:spacing w:after="20" w:line="218" w:lineRule="auto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Kur’an Perspektifinde Gençler İçin Din Dilinin Güncellenmesi</w:t>
            </w:r>
          </w:p>
          <w:p w14:paraId="1E754716" w14:textId="4CAF25B4" w:rsidR="00AD509B" w:rsidRPr="00D47F66" w:rsidRDefault="00217BFF" w:rsidP="00D47F66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(13:30-13:45</w:t>
            </w:r>
            <w:proofErr w:type="gramStart"/>
            <w:r w:rsidRPr="00217BFF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)</w:t>
            </w:r>
            <w:r w:rsidR="00AD509B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 </w:t>
            </w:r>
            <w:r w:rsidRPr="009933AD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(</w:t>
            </w:r>
            <w:proofErr w:type="gramEnd"/>
            <w:r w:rsidRPr="009933AD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Y.L</w:t>
            </w:r>
            <w:r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.) </w:t>
            </w:r>
            <w:r w:rsidR="00AD509B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Özlem </w:t>
            </w:r>
            <w:r w:rsidR="001C438D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DEMİRELLİ</w:t>
            </w:r>
            <w:r w:rsidR="00AD509B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D509B" w:rsidRPr="00217BFF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Burdur Mehmet Akif Ersoy Üniversitesi</w:t>
            </w:r>
            <w:r w:rsidRPr="00217BFF">
              <w:rPr>
                <w:rFonts w:ascii="ISNAD Font" w:eastAsia="Arial" w:hAnsi="ISNAD Font" w:cs="ISNAD Font"/>
                <w:color w:val="26354A"/>
                <w:sz w:val="20"/>
                <w:szCs w:val="20"/>
              </w:rPr>
              <w:t>)</w:t>
            </w:r>
          </w:p>
          <w:p w14:paraId="6BE79054" w14:textId="77777777" w:rsidR="00AD509B" w:rsidRPr="00D47F66" w:rsidRDefault="00AD509B" w:rsidP="00D47F66">
            <w:pPr>
              <w:spacing w:after="20" w:line="218" w:lineRule="auto"/>
              <w:rPr>
                <w:rFonts w:ascii="ISNAD Font" w:eastAsia="Arial" w:hAnsi="ISNAD Font" w:cs="ISNAD Font"/>
                <w:b w:val="0"/>
                <w:color w:val="17365D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Dijital Çağda Gençlerin Din Dilinde </w:t>
            </w:r>
            <w:proofErr w:type="spellStart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Kur’anî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Kavramların Anlam Dönüşümü: Tefsir Merkezli Bir İnceleme</w:t>
            </w:r>
          </w:p>
        </w:tc>
        <w:tc>
          <w:tcPr>
            <w:tcW w:w="9990" w:type="dxa"/>
          </w:tcPr>
          <w:p w14:paraId="50300D28" w14:textId="1822BBFE" w:rsidR="00103D22" w:rsidRDefault="007303CD" w:rsidP="00103D22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(13:00-13:15</w:t>
            </w:r>
            <w:r w:rsidR="00103D22"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103D22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103D22" w:rsidRPr="0047657C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Arş.</w:t>
            </w:r>
            <w:r w:rsidR="00AD509B" w:rsidRPr="0047657C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Gör. Alirıza Furkan ÖZ </w:t>
            </w:r>
            <w:r w:rsidR="00103D22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D509B" w:rsidRPr="00103D22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Kafkas Üniversitesi</w:t>
            </w:r>
            <w:r w:rsidR="00103D22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6A9D17C2" w14:textId="2BCF7108" w:rsidR="00AD509B" w:rsidRPr="00387795" w:rsidRDefault="00AD509B" w:rsidP="00103D22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Masumiyet, Acı ve </w:t>
            </w:r>
            <w:proofErr w:type="spellStart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Teodise</w:t>
            </w:r>
            <w:proofErr w:type="spellEnd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: Çocukların Ölümü Problemi Bağlamında İlâhî Adaletin Anlamlandırılması ve Gençlik</w:t>
            </w:r>
          </w:p>
          <w:p w14:paraId="27A54BBD" w14:textId="29CFC514" w:rsidR="00AD509B" w:rsidRPr="00D47F66" w:rsidRDefault="007303CD" w:rsidP="00D47F66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(13:15-13:30</w:t>
            </w:r>
            <w:r w:rsidR="00103D22"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103D22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103D22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Dr.</w:t>
            </w:r>
            <w:r w:rsidR="00AD509B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Öğr. Üyesi Recep ERKMEN</w:t>
            </w:r>
            <w:r w:rsidR="00AD509B" w:rsidRPr="00D47F66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 xml:space="preserve"> </w:t>
            </w:r>
            <w:r w:rsidR="00103D22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D509B" w:rsidRPr="00103D22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Erzincan Binali Yıldırım Üniversitesi</w:t>
            </w:r>
            <w:r w:rsidR="00103D22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0B575879" w14:textId="77777777" w:rsidR="00AD509B" w:rsidRPr="00387795" w:rsidRDefault="00AD509B" w:rsidP="00D47F66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Bilginin </w:t>
            </w:r>
            <w:proofErr w:type="spellStart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Müphemleşmesi</w:t>
            </w:r>
            <w:proofErr w:type="spellEnd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ve Gençlik: Dijital Çağda Epistemik (Aşırı) Yüklenme, Hakikat Algısı ve Dinî Duyarsızlık</w:t>
            </w:r>
          </w:p>
          <w:p w14:paraId="30E9C006" w14:textId="55FA1FE6" w:rsidR="00AD509B" w:rsidRPr="00D47F66" w:rsidRDefault="00217BFF" w:rsidP="00D47F66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(13:30-13:45</w:t>
            </w:r>
            <w:r w:rsidR="00103D22"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103D22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103D22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103D22" w:rsidRPr="00603BCA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Y.L.)</w:t>
            </w:r>
            <w:r w:rsidR="00103D22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03D22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Ahmet</w:t>
            </w:r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Sait POYRAZ</w:t>
            </w:r>
            <w:r w:rsidR="000760EA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 xml:space="preserve"> </w:t>
            </w:r>
            <w:r w:rsidR="00103D22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D509B" w:rsidRPr="00103D22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Artvin Çoruh Üniversitesi</w:t>
            </w:r>
            <w:r w:rsidR="00103D22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2D98CA8C" w14:textId="77777777" w:rsidR="00AD509B" w:rsidRPr="00D47F66" w:rsidRDefault="00AD509B" w:rsidP="00D47F66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17365D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Modern Dünyada Gençlerin Tanrı Algısı</w:t>
            </w:r>
          </w:p>
        </w:tc>
        <w:tc>
          <w:tcPr>
            <w:tcW w:w="9930" w:type="dxa"/>
          </w:tcPr>
          <w:p w14:paraId="4BC61845" w14:textId="353E617E" w:rsidR="00AD509B" w:rsidRPr="00D47F66" w:rsidRDefault="007303CD" w:rsidP="00D47F66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(13:00-13:15</w:t>
            </w:r>
            <w:r w:rsidR="00FE29EB"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FE29EB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FE29EB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Dr.</w:t>
            </w:r>
            <w:r w:rsidR="00AD509B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Yusuf OKUMUŞ </w:t>
            </w:r>
            <w:r w:rsidR="00FE29EB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70BE7" w:rsidRPr="00FE29EB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Millî</w:t>
            </w:r>
            <w:r w:rsidR="00FE29EB" w:rsidRPr="00FE29EB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 xml:space="preserve"> Eğitim Bakanlığı</w:t>
            </w:r>
            <w:r w:rsidR="00FE29EB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099DE084" w14:textId="77777777" w:rsidR="00AD509B" w:rsidRPr="00D47F66" w:rsidRDefault="00AD509B" w:rsidP="00D47F66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Bir Gönül Muallimi Olarak Fethi </w:t>
            </w:r>
            <w:proofErr w:type="spellStart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Gemuhluoğlu</w:t>
            </w:r>
            <w:proofErr w:type="spellEnd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: Gençliğe Yaklaşımı ve Tebliğ Metodu</w:t>
            </w:r>
          </w:p>
          <w:p w14:paraId="08BAEC71" w14:textId="29B2D3AF" w:rsidR="00AD509B" w:rsidRPr="00D47F66" w:rsidRDefault="007303CD" w:rsidP="00D47F66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(13:15-13:30</w:t>
            </w:r>
            <w:r w:rsidR="00FE29EB"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FE29EB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FE29EB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Arş.</w:t>
            </w:r>
            <w:r w:rsidR="00AD509B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Gör</w:t>
            </w:r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. Yasemin </w:t>
            </w:r>
            <w:r w:rsidR="001C438D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ATEŞMEN ÖZER </w:t>
            </w:r>
            <w:r w:rsidR="00FE29EB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D509B" w:rsidRPr="00FE29EB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Siirt Üniversitesi</w:t>
            </w:r>
            <w:r w:rsidR="00FE29EB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060D5F48" w14:textId="77777777" w:rsidR="00AD509B" w:rsidRPr="00387795" w:rsidRDefault="00AD509B" w:rsidP="00D47F66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1949 Din Dersleri 1/2 Kitabı ile Güncel 9. Sınıf Din Kültürü ve Ahlak Bilgisi Ders Kitabında Din Dilinin Karşılaştırmalı İncelenmesi</w:t>
            </w:r>
          </w:p>
          <w:p w14:paraId="4A0CF16C" w14:textId="0A84349E" w:rsidR="00AD509B" w:rsidRPr="00D47F66" w:rsidRDefault="00217BFF" w:rsidP="00D47F66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(13:30-13:45</w:t>
            </w:r>
            <w:r w:rsidR="00FE29EB"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FE29EB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A70BE7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(Y.L.) </w:t>
            </w:r>
            <w:r w:rsidR="00FE29E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Bayram</w:t>
            </w:r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C438D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ÖZER </w:t>
            </w:r>
            <w:r w:rsidR="00FE29EB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D509B" w:rsidRPr="00FE29EB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Siirt Üniversitesi</w:t>
            </w:r>
            <w:r w:rsidR="00FE29EB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599F2337" w14:textId="77777777" w:rsidR="00AD509B" w:rsidRPr="00D47F66" w:rsidRDefault="00AD509B" w:rsidP="00D47F66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17365D"/>
                <w:sz w:val="24"/>
                <w:szCs w:val="24"/>
              </w:rPr>
            </w:pPr>
            <w:r w:rsidRPr="00D47F66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Spor Medyasında Din Dili: Profesyonel Futbolcuların Maç Sonrası Röportajları Üzerine Nitel Bir İnceleme</w:t>
            </w:r>
          </w:p>
        </w:tc>
      </w:tr>
      <w:tr w:rsidR="0018251B" w:rsidRPr="00D47F66" w14:paraId="11F4AC1D" w14:textId="77777777" w:rsidTr="000760EA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1" w:type="dxa"/>
            <w:shd w:val="clear" w:color="auto" w:fill="DAEEF3" w:themeFill="accent5" w:themeFillTint="33"/>
          </w:tcPr>
          <w:p w14:paraId="6F3EA247" w14:textId="50E480EB" w:rsidR="0018251B" w:rsidRPr="001675A6" w:rsidRDefault="00140D8D" w:rsidP="001675A6">
            <w:pPr>
              <w:pStyle w:val="ListeParagraf"/>
              <w:numPr>
                <w:ilvl w:val="2"/>
                <w:numId w:val="10"/>
              </w:numPr>
              <w:spacing w:after="20" w:line="223" w:lineRule="auto"/>
              <w:rPr>
                <w:rFonts w:ascii="ISNAD Font" w:eastAsia="Arial" w:hAnsi="ISNAD Font" w:cs="ISNAD Font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1675A6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>Oturum — Başkan: Prof. Dr. Esra HACIMÜFTÜOĞLU</w:t>
            </w:r>
          </w:p>
          <w:p w14:paraId="5E0140AD" w14:textId="59E7757C" w:rsidR="00F43311" w:rsidRPr="00F43311" w:rsidRDefault="00000000" w:rsidP="001675A6">
            <w:pPr>
              <w:spacing w:after="20" w:line="223" w:lineRule="auto"/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</w:pPr>
            <w:hyperlink r:id="rId22" w:history="1">
              <w:r w:rsidR="00F43311" w:rsidRPr="003B3C98">
                <w:rPr>
                  <w:rStyle w:val="Kpr"/>
                  <w:rFonts w:ascii="ISNAD Font" w:hAnsi="ISNAD Font" w:cs="ISNAD Font"/>
                  <w:sz w:val="28"/>
                  <w:szCs w:val="28"/>
                </w:rPr>
                <w:t>https://live.kampus.ebyu.edu.tr/Session/Invitation/0e0b0185-7b99-4f46-b667-6413b4b00842</w:t>
              </w:r>
            </w:hyperlink>
            <w:r w:rsidR="00F43311"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9990" w:type="dxa"/>
            <w:shd w:val="clear" w:color="auto" w:fill="DAEEF3" w:themeFill="accent5" w:themeFillTint="33"/>
          </w:tcPr>
          <w:p w14:paraId="2E63EE5A" w14:textId="77777777" w:rsidR="0018251B" w:rsidRDefault="00140D8D" w:rsidP="00D47F66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</w:pPr>
            <w:r w:rsidRPr="000760EA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>1.2.5. Oturum — Başkan: Doç. Dr. Tuba ERKOÇ BAYDAR</w:t>
            </w:r>
          </w:p>
          <w:p w14:paraId="1CCC9EED" w14:textId="7C43598F" w:rsidR="00F43311" w:rsidRPr="006A2C57" w:rsidRDefault="00000000" w:rsidP="00D47F66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</w:pPr>
            <w:hyperlink r:id="rId23" w:history="1">
              <w:r w:rsidR="006A2C57" w:rsidRPr="003B3C98">
                <w:rPr>
                  <w:rStyle w:val="Kpr"/>
                  <w:rFonts w:ascii="ISNAD Font" w:hAnsi="ISNAD Font" w:cs="ISNAD Font"/>
                  <w:b/>
                  <w:bCs/>
                  <w:sz w:val="28"/>
                  <w:szCs w:val="28"/>
                </w:rPr>
                <w:t>https://live.kampus.ebyu.edu.tr/Session/Invitation/64e1c6cc-0fb7-4ce4-9ed6-e8cffa090e75</w:t>
              </w:r>
            </w:hyperlink>
          </w:p>
        </w:tc>
        <w:tc>
          <w:tcPr>
            <w:tcW w:w="9930" w:type="dxa"/>
            <w:shd w:val="clear" w:color="auto" w:fill="DAEEF3" w:themeFill="accent5" w:themeFillTint="33"/>
          </w:tcPr>
          <w:p w14:paraId="639BA18E" w14:textId="77777777" w:rsidR="0018251B" w:rsidRDefault="00140D8D" w:rsidP="00D47F66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</w:pPr>
            <w:r w:rsidRPr="000760EA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>1.3.5. Oturum — Başkan: Doç. Dr. Fatma BAYNAL</w:t>
            </w:r>
          </w:p>
          <w:p w14:paraId="3E2E5160" w14:textId="33A37002" w:rsidR="006A2C57" w:rsidRPr="002F2DDC" w:rsidRDefault="00000000" w:rsidP="00D47F66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</w:pPr>
            <w:hyperlink r:id="rId24" w:history="1">
              <w:r w:rsidR="002F2DDC" w:rsidRPr="003B3C98">
                <w:rPr>
                  <w:rStyle w:val="Kpr"/>
                  <w:rFonts w:ascii="ISNAD Font" w:hAnsi="ISNAD Font" w:cs="ISNAD Font"/>
                  <w:b/>
                  <w:bCs/>
                  <w:sz w:val="28"/>
                  <w:szCs w:val="28"/>
                </w:rPr>
                <w:t>https://live.kampus.ebyu.edu.tr/Session/Invitation/56cb0161-99ad-4324-84d9-9148281f942c</w:t>
              </w:r>
            </w:hyperlink>
            <w:r w:rsidR="002F2DDC"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D509B" w:rsidRPr="00D47F66" w14:paraId="11FAB21A" w14:textId="77777777" w:rsidTr="000760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1" w:type="dxa"/>
          </w:tcPr>
          <w:p w14:paraId="5B79A347" w14:textId="7F5B6C9F" w:rsidR="00217BFF" w:rsidRDefault="00217BFF" w:rsidP="00217BFF">
            <w:pPr>
              <w:spacing w:line="218" w:lineRule="auto"/>
              <w:rPr>
                <w:rFonts w:ascii="ISNAD Font" w:eastAsia="Arial" w:hAnsi="ISNAD Font" w:cs="ISNAD Font"/>
                <w:b w:val="0"/>
                <w:bCs w:val="0"/>
                <w:color w:val="26354A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(14:00-14:15)</w:t>
            </w:r>
            <w:r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Pr="009933AD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Dr.</w:t>
            </w:r>
            <w:r w:rsidR="00AD509B" w:rsidRPr="009933AD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İsmail </w:t>
            </w:r>
            <w:r w:rsidR="00AD509B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F</w:t>
            </w:r>
            <w:r w:rsidR="001C438D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AKİRULLAHOĞLU</w:t>
            </w:r>
            <w:r w:rsidR="001C438D" w:rsidRPr="00D47F66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 xml:space="preserve"> </w:t>
            </w:r>
            <w:r w:rsidRPr="00D47F66">
              <w:rPr>
                <w:rFonts w:ascii="ISNAD Font" w:eastAsia="Arial" w:hAnsi="ISNAD Font" w:cs="ISNAD Font"/>
                <w:b w:val="0"/>
                <w:color w:val="26354A"/>
                <w:sz w:val="24"/>
                <w:szCs w:val="24"/>
              </w:rPr>
              <w:t>(</w:t>
            </w:r>
            <w:r w:rsidRPr="00CD6E89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Diyanet İşleri Başkanlığı</w:t>
            </w:r>
            <w:r w:rsidRPr="00D47F66">
              <w:rPr>
                <w:rFonts w:ascii="ISNAD Font" w:eastAsia="Arial" w:hAnsi="ISNAD Font" w:cs="ISNAD Font"/>
                <w:b w:val="0"/>
                <w:color w:val="26354A"/>
                <w:sz w:val="24"/>
                <w:szCs w:val="24"/>
              </w:rPr>
              <w:t>)</w:t>
            </w:r>
          </w:p>
          <w:p w14:paraId="7DC53BBE" w14:textId="5F40FEBE" w:rsidR="00AD509B" w:rsidRPr="00387795" w:rsidRDefault="00AD509B" w:rsidP="00217BFF">
            <w:pPr>
              <w:spacing w:line="218" w:lineRule="auto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proofErr w:type="spellStart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Ülü’l-Azm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Peygamberlerin Gençliği Muhatap Alan Tebliğ ve Davet Dilleri</w:t>
            </w:r>
          </w:p>
          <w:p w14:paraId="1291EFDF" w14:textId="6DCF5248" w:rsidR="00AD509B" w:rsidRPr="00D47F66" w:rsidRDefault="00217BFF" w:rsidP="00D47F66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(14:15-14:30)</w:t>
            </w:r>
            <w:r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Pr="009933AD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Dr.</w:t>
            </w:r>
            <w:r w:rsidR="00AD509B" w:rsidRPr="009933AD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Öğr</w:t>
            </w:r>
            <w:r w:rsidR="00AD509B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. Üyesi Kadir İLTİR </w:t>
            </w:r>
            <w:r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D509B" w:rsidRPr="00217BFF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Kafkas Üniversitesi</w:t>
            </w:r>
            <w:r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</w:p>
          <w:p w14:paraId="03ABFDA1" w14:textId="77777777" w:rsidR="00AD509B" w:rsidRPr="00387795" w:rsidRDefault="00AD509B" w:rsidP="00D47F66">
            <w:pPr>
              <w:spacing w:after="20" w:line="218" w:lineRule="auto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Terk Edilmişlikten Umuda: </w:t>
            </w:r>
            <w:proofErr w:type="spellStart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Duhâ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Sûresinin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Gençlerin Anlam Arayışı Açısından </w:t>
            </w:r>
            <w:proofErr w:type="spellStart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Tefsirî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Analizi</w:t>
            </w:r>
          </w:p>
          <w:p w14:paraId="782DC521" w14:textId="37EB3D8E" w:rsidR="00AD509B" w:rsidRPr="00D47F66" w:rsidRDefault="00217BFF" w:rsidP="00D47F66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(14:30–14:45</w:t>
            </w:r>
            <w:r w:rsidR="00C67442" w:rsidRPr="00217BFF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)</w:t>
            </w:r>
            <w:r w:rsidR="00C67442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="00C67442" w:rsidRPr="009933AD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Doç.</w:t>
            </w:r>
            <w:r w:rsidR="00AD509B" w:rsidRPr="009933AD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</w:t>
            </w:r>
            <w:r w:rsidR="00AD509B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Dr. Zeynep Nermin AKSAKAL UĞUREL </w:t>
            </w:r>
            <w:r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D509B" w:rsidRPr="00217BFF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Erzincan Binali Yıldırım Üniversitesi</w:t>
            </w:r>
            <w:r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</w:p>
          <w:p w14:paraId="1D6F44AF" w14:textId="77777777" w:rsidR="00AD509B" w:rsidRDefault="00AD509B" w:rsidP="00D47F66">
            <w:pPr>
              <w:spacing w:after="20" w:line="218" w:lineRule="auto"/>
              <w:rPr>
                <w:rFonts w:ascii="ISNAD Font" w:eastAsia="Arial" w:hAnsi="ISNAD Font" w:cs="ISNAD Font"/>
                <w:bCs w:val="0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Din Dili ve Gençlik Bağlamında </w:t>
            </w:r>
            <w:proofErr w:type="spellStart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Kur’ân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Temelli Koruyucu Bir Pedagoji Modeli: İstismara Karşı Muhakeme ve Duygu Eğitimi</w:t>
            </w:r>
          </w:p>
          <w:p w14:paraId="3FD40028" w14:textId="77777777" w:rsidR="00D706B6" w:rsidRDefault="00D706B6" w:rsidP="00D47F66">
            <w:pPr>
              <w:spacing w:after="20" w:line="218" w:lineRule="auto"/>
              <w:rPr>
                <w:rFonts w:ascii="ISNAD Font" w:eastAsia="Arial" w:hAnsi="ISNAD Font" w:cs="ISNAD Font"/>
                <w:bCs w:val="0"/>
                <w:color w:val="000000" w:themeColor="text1"/>
                <w:sz w:val="24"/>
                <w:szCs w:val="24"/>
              </w:rPr>
            </w:pPr>
          </w:p>
          <w:p w14:paraId="60A80CF7" w14:textId="77777777" w:rsidR="00D706B6" w:rsidRDefault="00D706B6" w:rsidP="00D47F66">
            <w:pPr>
              <w:spacing w:after="20" w:line="218" w:lineRule="auto"/>
              <w:rPr>
                <w:rFonts w:ascii="ISNAD Font" w:eastAsia="Arial" w:hAnsi="ISNAD Font" w:cs="ISNAD Font"/>
                <w:bCs w:val="0"/>
                <w:color w:val="000000" w:themeColor="text1"/>
                <w:sz w:val="24"/>
                <w:szCs w:val="24"/>
              </w:rPr>
            </w:pPr>
          </w:p>
          <w:p w14:paraId="4C17C4FF" w14:textId="77777777" w:rsidR="00D706B6" w:rsidRDefault="00D706B6" w:rsidP="00D47F66">
            <w:pPr>
              <w:spacing w:after="20" w:line="218" w:lineRule="auto"/>
              <w:rPr>
                <w:rFonts w:ascii="ISNAD Font" w:eastAsia="Arial" w:hAnsi="ISNAD Font" w:cs="ISNAD Font"/>
                <w:bCs w:val="0"/>
                <w:color w:val="000000" w:themeColor="text1"/>
                <w:sz w:val="24"/>
                <w:szCs w:val="24"/>
              </w:rPr>
            </w:pPr>
          </w:p>
          <w:p w14:paraId="15DEFFB6" w14:textId="77777777" w:rsidR="00D706B6" w:rsidRDefault="00D706B6" w:rsidP="00D47F66">
            <w:pPr>
              <w:spacing w:after="20" w:line="218" w:lineRule="auto"/>
              <w:rPr>
                <w:rFonts w:ascii="ISNAD Font" w:eastAsia="Arial" w:hAnsi="ISNAD Font" w:cs="ISNAD Font"/>
                <w:bCs w:val="0"/>
                <w:color w:val="000000" w:themeColor="text1"/>
                <w:sz w:val="24"/>
                <w:szCs w:val="24"/>
              </w:rPr>
            </w:pPr>
          </w:p>
          <w:p w14:paraId="7B05F633" w14:textId="77777777" w:rsidR="00D706B6" w:rsidRDefault="00D706B6" w:rsidP="00D47F66">
            <w:pPr>
              <w:spacing w:after="20" w:line="218" w:lineRule="auto"/>
              <w:rPr>
                <w:rFonts w:ascii="ISNAD Font" w:eastAsia="Arial" w:hAnsi="ISNAD Font" w:cs="ISNAD Font"/>
                <w:bCs w:val="0"/>
                <w:color w:val="000000" w:themeColor="text1"/>
                <w:sz w:val="24"/>
                <w:szCs w:val="24"/>
              </w:rPr>
            </w:pPr>
          </w:p>
          <w:p w14:paraId="0B8023EC" w14:textId="77777777" w:rsidR="00D706B6" w:rsidRDefault="00D706B6" w:rsidP="00D47F66">
            <w:pPr>
              <w:spacing w:after="20" w:line="218" w:lineRule="auto"/>
              <w:rPr>
                <w:rFonts w:ascii="ISNAD Font" w:eastAsia="Arial" w:hAnsi="ISNAD Font" w:cs="ISNAD Font"/>
                <w:bCs w:val="0"/>
                <w:color w:val="000000" w:themeColor="text1"/>
                <w:sz w:val="24"/>
                <w:szCs w:val="24"/>
              </w:rPr>
            </w:pPr>
          </w:p>
          <w:p w14:paraId="50EFB8DB" w14:textId="77777777" w:rsidR="00D706B6" w:rsidRPr="00D47F66" w:rsidRDefault="00D706B6" w:rsidP="00D47F66">
            <w:pPr>
              <w:spacing w:after="20" w:line="218" w:lineRule="auto"/>
              <w:rPr>
                <w:rFonts w:ascii="ISNAD Font" w:eastAsia="Arial" w:hAnsi="ISNAD Font" w:cs="ISNAD Font"/>
                <w:b w:val="0"/>
                <w:color w:val="17365D"/>
                <w:sz w:val="24"/>
                <w:szCs w:val="24"/>
              </w:rPr>
            </w:pPr>
          </w:p>
        </w:tc>
        <w:tc>
          <w:tcPr>
            <w:tcW w:w="9990" w:type="dxa"/>
          </w:tcPr>
          <w:p w14:paraId="71709683" w14:textId="77777777" w:rsidR="00103D22" w:rsidRDefault="00217BFF" w:rsidP="00103D22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(14:00-14:15</w:t>
            </w:r>
            <w:r w:rsidR="00103D22"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103D22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103D22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Prof.</w:t>
            </w:r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Dr. Muhammed Fatih TURAN</w:t>
            </w:r>
            <w:r w:rsidR="00AD509B" w:rsidRPr="00D47F66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 xml:space="preserve"> </w:t>
            </w:r>
            <w:r w:rsidR="00103D22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D509B" w:rsidRPr="00103D22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Erzincan Binali Yıldırım Üniversitesi</w:t>
            </w:r>
            <w:r w:rsidR="00103D22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343216AE" w14:textId="3C0D9DEE" w:rsidR="00AD509B" w:rsidRPr="00387795" w:rsidRDefault="00AD509B" w:rsidP="00103D22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proofErr w:type="spellStart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Makâsıdü'ş-Şerîa</w:t>
            </w:r>
            <w:proofErr w:type="spellEnd"/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Perspektifinden Gençlere Yönelik Fıkıh Dili</w:t>
            </w:r>
          </w:p>
          <w:p w14:paraId="009CD493" w14:textId="3834E03F" w:rsidR="00AD509B" w:rsidRPr="00D47F66" w:rsidRDefault="00217BFF" w:rsidP="00D47F66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(14:15-14:30</w:t>
            </w:r>
            <w:r w:rsidR="00103D22"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103D22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103D22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Dr.</w:t>
            </w:r>
            <w:r w:rsidR="00AD509B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Öğr. Üyesi Salih GÜNER </w:t>
            </w:r>
            <w:r w:rsidR="00103D22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D509B" w:rsidRPr="00103D22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Erzincan Binali Yıldırım Üniversitesi</w:t>
            </w:r>
            <w:r w:rsidR="00103D22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  <w:r w:rsidR="00AD509B" w:rsidRPr="00D47F66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 xml:space="preserve"> </w:t>
            </w:r>
          </w:p>
          <w:p w14:paraId="1B93CA32" w14:textId="77777777" w:rsidR="00AD509B" w:rsidRPr="00387795" w:rsidRDefault="00AD509B" w:rsidP="00D47F66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Dijital Çağda Gençlere Fıkıh Anlatmak: Yeni Bir İlmihal Dili Arayışı</w:t>
            </w:r>
          </w:p>
          <w:p w14:paraId="70379E39" w14:textId="5D184776" w:rsidR="00103D22" w:rsidRDefault="00217BFF" w:rsidP="00103D22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(14:30–14:45</w:t>
            </w:r>
            <w:r w:rsidR="00103D22"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103D22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103D22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Dr.</w:t>
            </w:r>
            <w:r w:rsidR="00AD509B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Öğr. Üyesi Mehmet </w:t>
            </w:r>
            <w:r w:rsidR="001C438D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GAYRETLİ</w:t>
            </w:r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03D22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D509B" w:rsidRPr="00103D22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Erzincan Binali Yıldırım Üniversitesi</w:t>
            </w:r>
            <w:r w:rsidR="00103D22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  <w:r w:rsidR="00AD509B" w:rsidRPr="00D47F66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 xml:space="preserve"> </w:t>
            </w:r>
          </w:p>
          <w:p w14:paraId="17939BFA" w14:textId="6AEFFA2C" w:rsidR="00293A13" w:rsidRPr="00293A13" w:rsidRDefault="00AD509B" w:rsidP="00293A13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Üslup ve İçerik Bakımından Gençlik İlmihalleri ve Diyanet Yayını Gençlik İlmihalleri</w:t>
            </w:r>
          </w:p>
        </w:tc>
        <w:tc>
          <w:tcPr>
            <w:tcW w:w="9930" w:type="dxa"/>
          </w:tcPr>
          <w:p w14:paraId="31D6C51C" w14:textId="4FD2DA5E" w:rsidR="00AD509B" w:rsidRPr="00D47F66" w:rsidRDefault="00217BFF" w:rsidP="00D47F66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(14:00-14:15</w:t>
            </w:r>
            <w:proofErr w:type="gramStart"/>
            <w:r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AD509B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 </w:t>
            </w:r>
            <w:r w:rsidR="00293A13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(</w:t>
            </w:r>
            <w:proofErr w:type="gramEnd"/>
            <w:r w:rsidR="00293A13" w:rsidRPr="00603BCA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Y.L</w:t>
            </w:r>
            <w:r w:rsidR="00293A13" w:rsidRPr="00602D88">
              <w:rPr>
                <w:rFonts w:ascii="ISNAD Font" w:eastAsia="Arial" w:hAnsi="ISNAD Font" w:cs="ISNAD Font"/>
                <w:b/>
                <w:color w:val="000000" w:themeColor="text1"/>
                <w:sz w:val="20"/>
                <w:szCs w:val="20"/>
              </w:rPr>
              <w:t>.</w:t>
            </w:r>
            <w:r w:rsidR="00293A13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) </w:t>
            </w:r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Hatice Kübra </w:t>
            </w:r>
            <w:r w:rsidR="001C438D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AKSU</w:t>
            </w:r>
            <w:r w:rsidR="00B74DE4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(</w:t>
            </w:r>
            <w:r w:rsidR="00B74DE4" w:rsidRPr="00B74DE4">
              <w:rPr>
                <w:rFonts w:ascii="ISNAD Font" w:eastAsia="Arial" w:hAnsi="ISNAD Font" w:cs="ISNAD Font"/>
                <w:b/>
                <w:color w:val="4F81BD" w:themeColor="accent1"/>
                <w:sz w:val="20"/>
                <w:szCs w:val="20"/>
              </w:rPr>
              <w:t>Erzincan Binali Yıldırım Üniversitesi</w:t>
            </w:r>
            <w:r w:rsidR="00B74DE4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)</w:t>
            </w:r>
            <w:r w:rsidR="001C438D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17549586" w14:textId="77777777" w:rsidR="00AD509B" w:rsidRPr="00387795" w:rsidRDefault="00AD509B" w:rsidP="00D47F66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Din Psikolojisi Perspektifinden Gençlikte Anlam, Amaç, Kendini Değerli Hissetme ve Psikolojik Bütünlük</w:t>
            </w:r>
          </w:p>
          <w:p w14:paraId="73F20A92" w14:textId="7A2DE324" w:rsidR="00293A13" w:rsidRDefault="00217BFF" w:rsidP="00293A13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(14:15-14:30</w:t>
            </w:r>
            <w:r w:rsidR="00293A13"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293A13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293A13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(</w:t>
            </w:r>
            <w:r w:rsidR="00293A13" w:rsidRPr="00603BCA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Doktora</w:t>
            </w:r>
            <w:r w:rsidR="00293A13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)</w:t>
            </w:r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Gülsüm ÇOLDUR </w:t>
            </w:r>
            <w:r w:rsidR="00293A13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D509B" w:rsidRPr="00293A13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Erzincan Binali Yıldırım Üniversitesi</w:t>
            </w:r>
            <w:r w:rsidR="00293A13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 xml:space="preserve">) </w:t>
            </w:r>
          </w:p>
          <w:p w14:paraId="435D2676" w14:textId="7E2887E3" w:rsidR="00AD509B" w:rsidRPr="00387795" w:rsidRDefault="00AD509B" w:rsidP="00293A13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Din Dilinin Gençlerdeki Dini Duygu ve Tanrı Tasavvuru Üzerindeki Psikolojik Etkisi</w:t>
            </w:r>
          </w:p>
          <w:p w14:paraId="67994CD0" w14:textId="0B6949CC" w:rsidR="00AD509B" w:rsidRPr="00D47F66" w:rsidRDefault="00217BFF" w:rsidP="00D47F66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(14:30–14:45</w:t>
            </w:r>
            <w:r w:rsidR="00293A13"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293A13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293A13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Arş.</w:t>
            </w:r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Gör. Kübra BULUT </w:t>
            </w:r>
            <w:r w:rsidR="00293A13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D509B" w:rsidRPr="00293A13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Erzincan Binali Yıldırım Üniversitesi</w:t>
            </w:r>
            <w:r w:rsidR="00293A13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14D38750" w14:textId="77777777" w:rsidR="00AD509B" w:rsidRPr="00D47F66" w:rsidRDefault="00AD509B" w:rsidP="00D47F66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17365D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Din Dili ve Gençlerde Dinî İlgisizlik Eğilimleri Üzerine Kavramsal Bir Tartışma</w:t>
            </w:r>
          </w:p>
        </w:tc>
      </w:tr>
      <w:tr w:rsidR="0018251B" w:rsidRPr="00D47F66" w14:paraId="3C5C9796" w14:textId="77777777" w:rsidTr="000760EA">
        <w:trPr>
          <w:trHeight w:val="3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1" w:type="dxa"/>
            <w:shd w:val="clear" w:color="auto" w:fill="DAEEF3" w:themeFill="accent5" w:themeFillTint="33"/>
          </w:tcPr>
          <w:p w14:paraId="6ABD9DBE" w14:textId="07596B00" w:rsidR="0018251B" w:rsidRDefault="00140D8D" w:rsidP="002F2DDC">
            <w:pPr>
              <w:pStyle w:val="ListeParagraf"/>
              <w:numPr>
                <w:ilvl w:val="2"/>
                <w:numId w:val="10"/>
              </w:numPr>
              <w:spacing w:after="20" w:line="223" w:lineRule="auto"/>
              <w:rPr>
                <w:rFonts w:ascii="ISNAD Font" w:eastAsia="Arial" w:hAnsi="ISNAD Font" w:cs="ISNAD Font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2F2DDC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lastRenderedPageBreak/>
              <w:t>Oturum — Başkan: Doç. Dr. Ayşe Betül ORUÇ</w:t>
            </w:r>
          </w:p>
          <w:p w14:paraId="5BB1BABA" w14:textId="180EFCF0" w:rsidR="00D706B6" w:rsidRPr="00D706B6" w:rsidRDefault="00000000" w:rsidP="00D706B6">
            <w:pPr>
              <w:spacing w:after="20" w:line="223" w:lineRule="auto"/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</w:pPr>
            <w:hyperlink r:id="rId25" w:history="1">
              <w:r w:rsidR="00084907" w:rsidRPr="003B3C98">
                <w:rPr>
                  <w:rStyle w:val="Kpr"/>
                  <w:rFonts w:ascii="ISNAD Font" w:eastAsia="Arial" w:hAnsi="ISNAD Font" w:cs="ISNAD Font"/>
                  <w:sz w:val="28"/>
                  <w:szCs w:val="28"/>
                </w:rPr>
                <w:t>https://live.kampus.ebyu.edu.tr/Session/Invitation/fdbc21b7-871a-4fd3-834c-df258304ac18</w:t>
              </w:r>
            </w:hyperlink>
            <w:r w:rsidR="00084907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 xml:space="preserve"> </w:t>
            </w:r>
          </w:p>
          <w:p w14:paraId="25C3A4B2" w14:textId="4C95FD68" w:rsidR="002F2DDC" w:rsidRPr="002F2DDC" w:rsidRDefault="002F2DDC" w:rsidP="002F2DDC">
            <w:pPr>
              <w:pStyle w:val="ListeParagraf"/>
              <w:spacing w:after="20" w:line="223" w:lineRule="auto"/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</w:pPr>
          </w:p>
        </w:tc>
        <w:tc>
          <w:tcPr>
            <w:tcW w:w="9990" w:type="dxa"/>
            <w:shd w:val="clear" w:color="auto" w:fill="DAEEF3" w:themeFill="accent5" w:themeFillTint="33"/>
          </w:tcPr>
          <w:p w14:paraId="2BAC830D" w14:textId="77777777" w:rsidR="0018251B" w:rsidRDefault="00140D8D" w:rsidP="00D47F66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</w:pPr>
            <w:r w:rsidRPr="000760EA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 xml:space="preserve">1.2.6. Oturum — Başkan: Doç. Dr. </w:t>
            </w:r>
            <w:proofErr w:type="spellStart"/>
            <w:r w:rsidRPr="000760EA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>Zeynelabidin</w:t>
            </w:r>
            <w:proofErr w:type="spellEnd"/>
            <w:r w:rsidRPr="000760EA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 xml:space="preserve"> HAYAT</w:t>
            </w:r>
          </w:p>
          <w:p w14:paraId="3174D40E" w14:textId="507CF05A" w:rsidR="00084907" w:rsidRPr="00084907" w:rsidRDefault="00000000" w:rsidP="00D47F66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</w:pPr>
            <w:hyperlink r:id="rId26" w:history="1">
              <w:r w:rsidR="00084907" w:rsidRPr="00084907">
                <w:rPr>
                  <w:rStyle w:val="Kpr"/>
                  <w:rFonts w:ascii="ISNAD Font" w:hAnsi="ISNAD Font" w:cs="ISNAD Font"/>
                  <w:b/>
                  <w:bCs/>
                  <w:sz w:val="28"/>
                  <w:szCs w:val="28"/>
                </w:rPr>
                <w:t>https://live.kampus.ebyu.edu.tr/Session/Invitation/bc07b412-3208-4c5c-a473-6ecf72b482a6</w:t>
              </w:r>
            </w:hyperlink>
            <w:r w:rsidR="00084907" w:rsidRPr="00084907"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9930" w:type="dxa"/>
            <w:shd w:val="clear" w:color="auto" w:fill="DAEEF3" w:themeFill="accent5" w:themeFillTint="33"/>
          </w:tcPr>
          <w:p w14:paraId="05C1F2BC" w14:textId="77777777" w:rsidR="0018251B" w:rsidRDefault="00140D8D" w:rsidP="00D47F66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</w:pPr>
            <w:r w:rsidRPr="000760EA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>1.3.6. Oturum — Başkan: Dr. Öğr. Üyesi Sakin ÖZIŞIK</w:t>
            </w:r>
          </w:p>
          <w:p w14:paraId="0BB51112" w14:textId="1BB61AAC" w:rsidR="00084907" w:rsidRPr="00127759" w:rsidRDefault="00000000" w:rsidP="00D47F66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</w:pPr>
            <w:hyperlink r:id="rId27" w:history="1">
              <w:r w:rsidR="00127759" w:rsidRPr="00127759">
                <w:rPr>
                  <w:rStyle w:val="Kpr"/>
                  <w:rFonts w:ascii="ISNAD Font" w:hAnsi="ISNAD Font" w:cs="ISNAD Font"/>
                  <w:b/>
                  <w:bCs/>
                  <w:sz w:val="28"/>
                  <w:szCs w:val="28"/>
                </w:rPr>
                <w:t>https://live.kampus.ebyu.edu.tr/Session/Invitation/2ebb0e6a-0907-41e3-a779-63db134d8483</w:t>
              </w:r>
            </w:hyperlink>
            <w:r w:rsidR="00127759" w:rsidRPr="00127759"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D509B" w:rsidRPr="00D47F66" w14:paraId="0FBDD75C" w14:textId="77777777" w:rsidTr="000760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1" w:type="dxa"/>
          </w:tcPr>
          <w:p w14:paraId="5032B663" w14:textId="7BCBBD23" w:rsidR="00AD509B" w:rsidRPr="00D47F66" w:rsidRDefault="00217BFF" w:rsidP="00D47F66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(15:00-15:15)</w:t>
            </w:r>
            <w:r w:rsidR="00ED620E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="00AD509B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Uzm. Mustafa </w:t>
            </w:r>
            <w:r w:rsidR="001C438D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ÖZYİĞİT</w:t>
            </w:r>
            <w:r w:rsidR="00ED620E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&amp; (Y.L.) </w:t>
            </w:r>
            <w:r w:rsidR="00AD509B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Kasım </w:t>
            </w:r>
            <w:r w:rsidR="001C438D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ORTAKAYA</w:t>
            </w:r>
            <w:r w:rsidR="00AD509B" w:rsidRPr="00D47F66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 xml:space="preserve"> </w:t>
            </w:r>
            <w:r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D509B" w:rsidRPr="00217BFF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Burdur Mehmet Akif Ersoy Üniversitesi</w:t>
            </w:r>
            <w:r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</w:p>
          <w:p w14:paraId="448BE0C3" w14:textId="77777777" w:rsidR="00AD509B" w:rsidRPr="00387795" w:rsidRDefault="00AD509B" w:rsidP="00D47F66">
            <w:pPr>
              <w:spacing w:after="20" w:line="218" w:lineRule="auto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Tefsir Geleneğinde </w:t>
            </w:r>
            <w:proofErr w:type="spellStart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Ashâb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-ı </w:t>
            </w:r>
            <w:proofErr w:type="spellStart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Kehf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Kıssasının Gençlik Söylemi: Anlatı, Sembol ve Değerler Ekseninde Bir İnceleme</w:t>
            </w:r>
          </w:p>
          <w:p w14:paraId="495DD808" w14:textId="161C7DF0" w:rsidR="00217BFF" w:rsidRDefault="00217BFF" w:rsidP="00217BFF">
            <w:pPr>
              <w:spacing w:line="218" w:lineRule="auto"/>
              <w:rPr>
                <w:rFonts w:ascii="ISNAD Font" w:eastAsia="Arial" w:hAnsi="ISNAD Font" w:cs="ISNAD Font"/>
                <w:b w:val="0"/>
                <w:bCs w:val="0"/>
                <w:color w:val="26354A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(15:15-15:30)</w:t>
            </w:r>
            <w:r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Arş.</w:t>
            </w:r>
            <w:r w:rsidR="00AD509B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Gör. Nesibe Menekşe </w:t>
            </w:r>
            <w:r w:rsidR="001C438D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ÇAKMAK CANTÜRK </w:t>
            </w:r>
            <w:r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D509B" w:rsidRPr="00217BFF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Erzincan Binali Yıldırım Üniversitesi</w:t>
            </w:r>
            <w:r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</w:p>
          <w:p w14:paraId="6E8AAC2A" w14:textId="040EDDC1" w:rsidR="00AD509B" w:rsidRPr="00387795" w:rsidRDefault="00AD509B" w:rsidP="00217BFF">
            <w:pPr>
              <w:spacing w:line="218" w:lineRule="auto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proofErr w:type="spellStart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Sahâbe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Neslinde Kadın ve Kıraat: Din Dilinin Gençliğe Aktarımı Üzerine Bir Değerlendirme</w:t>
            </w:r>
          </w:p>
          <w:p w14:paraId="73D271E9" w14:textId="77777777" w:rsidR="00217BFF" w:rsidRDefault="00217BFF" w:rsidP="00217BFF">
            <w:pPr>
              <w:spacing w:line="218" w:lineRule="auto"/>
              <w:rPr>
                <w:rFonts w:ascii="ISNAD Font" w:eastAsia="Arial" w:hAnsi="ISNAD Font" w:cs="ISNAD Font"/>
                <w:b w:val="0"/>
                <w:bCs w:val="0"/>
                <w:color w:val="26354A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(15:30-15:45)</w:t>
            </w:r>
            <w:r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Doç.</w:t>
            </w:r>
            <w:r w:rsidR="00AD509B" w:rsidRPr="0047657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Dr. Murat VANLI </w:t>
            </w:r>
            <w:r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D509B" w:rsidRPr="00217BFF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Erzincan Binali Yıldırım Üniversitesi</w:t>
            </w:r>
            <w:r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</w:p>
          <w:p w14:paraId="76BDF31C" w14:textId="5152E2C5" w:rsidR="00AD509B" w:rsidRPr="00D47F66" w:rsidRDefault="00AD509B" w:rsidP="00217BFF">
            <w:pPr>
              <w:spacing w:line="218" w:lineRule="auto"/>
              <w:rPr>
                <w:rFonts w:ascii="ISNAD Font" w:eastAsia="Arial" w:hAnsi="ISNAD Font" w:cs="ISNAD Font"/>
                <w:b w:val="0"/>
                <w:color w:val="17365D"/>
                <w:sz w:val="24"/>
                <w:szCs w:val="24"/>
              </w:rPr>
            </w:pPr>
            <w:proofErr w:type="spellStart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Yûsuf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Zelîha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Mesnevilerinde İdeal Genç Olarak Hz. </w:t>
            </w:r>
            <w:proofErr w:type="spellStart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Yûsuf</w:t>
            </w:r>
            <w:proofErr w:type="spellEnd"/>
          </w:p>
        </w:tc>
        <w:tc>
          <w:tcPr>
            <w:tcW w:w="9990" w:type="dxa"/>
          </w:tcPr>
          <w:p w14:paraId="292062E0" w14:textId="488C52BC" w:rsidR="00103D22" w:rsidRDefault="00217BFF" w:rsidP="00103D22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(15:00-15:15</w:t>
            </w:r>
            <w:proofErr w:type="gramStart"/>
            <w:r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AD509B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 </w:t>
            </w:r>
            <w:r w:rsidR="00AD509B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Dr.</w:t>
            </w:r>
            <w:proofErr w:type="gramEnd"/>
            <w:r w:rsidR="00AD509B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D509B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Essaid</w:t>
            </w:r>
            <w:proofErr w:type="spellEnd"/>
            <w:r w:rsidR="00AD509B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INFADOUAK </w:t>
            </w:r>
            <w:r w:rsidR="00103D22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D509B" w:rsidRPr="00103D22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 xml:space="preserve">Kadı </w:t>
            </w:r>
            <w:proofErr w:type="spellStart"/>
            <w:r w:rsidR="00AD509B" w:rsidRPr="00103D22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İyaz</w:t>
            </w:r>
            <w:proofErr w:type="spellEnd"/>
            <w:r w:rsidR="00AD509B" w:rsidRPr="00103D22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 xml:space="preserve"> Üniversitesi</w:t>
            </w:r>
            <w:r w:rsidR="00103D22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7BAA25CD" w14:textId="26C9DC97" w:rsidR="00AD509B" w:rsidRPr="00387795" w:rsidRDefault="00AD509B" w:rsidP="00103D22">
            <w:pPr>
              <w:spacing w:line="21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abic Typesetting" w:hAnsi="Arabic Typesetting" w:cs="Arabic Typesetting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103D22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هندسة</w:t>
            </w:r>
            <w:proofErr w:type="spellEnd"/>
            <w:proofErr w:type="gramEnd"/>
            <w:r w:rsidRPr="00103D22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103D22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العقل</w:t>
            </w:r>
            <w:proofErr w:type="spellEnd"/>
            <w:r w:rsidRPr="00103D22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103D22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الأصولي</w:t>
            </w:r>
            <w:proofErr w:type="spellEnd"/>
            <w:r w:rsidRPr="00103D22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 xml:space="preserve"> </w:t>
            </w:r>
            <w:proofErr w:type="spellStart"/>
            <w:r w:rsidRPr="00103D22">
              <w:rPr>
                <w:rFonts w:ascii="Arabic Typesetting" w:eastAsia="Arial" w:hAnsi="Arabic Typesetting" w:cs="Arabic Typesetting"/>
                <w:color w:val="26354A"/>
                <w:sz w:val="24"/>
                <w:szCs w:val="24"/>
              </w:rPr>
              <w:t>وال</w:t>
            </w:r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فقهي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لدى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طلاب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الجامعة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من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التجريد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المتني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إلى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التمهير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الفكري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-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نحو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نموذج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بيداغوجي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للدرس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الأصولي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بالجامعة</w:t>
            </w:r>
            <w:proofErr w:type="spellEnd"/>
            <w:r w:rsidRPr="00387795">
              <w:rPr>
                <w:rFonts w:ascii="Arabic Typesetting" w:eastAsia="Arial" w:hAnsi="Arabic Typesetting" w:cs="Arabic Typesetting"/>
                <w:color w:val="000000" w:themeColor="text1"/>
                <w:sz w:val="24"/>
                <w:szCs w:val="24"/>
              </w:rPr>
              <w:t>‏-‏</w:t>
            </w:r>
          </w:p>
          <w:p w14:paraId="4979136C" w14:textId="64DDA487" w:rsidR="00AD509B" w:rsidRPr="00D47F66" w:rsidRDefault="00217BFF" w:rsidP="00D47F66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(15:15-15:30</w:t>
            </w:r>
            <w:r w:rsidR="00103D22"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103D22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103D22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Dr.</w:t>
            </w:r>
            <w:r w:rsidR="00AD509B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Öğr. Üyesi Ekrem KOÇ</w:t>
            </w:r>
            <w:r w:rsidR="00AD509B" w:rsidRPr="00D47F66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 xml:space="preserve"> </w:t>
            </w:r>
            <w:r w:rsidR="00103D22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D509B" w:rsidRPr="00103D22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Ağrı İbrahim Çeçen Üniversitesi</w:t>
            </w:r>
            <w:r w:rsidR="00103D22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  <w:r w:rsidR="00AD509B" w:rsidRPr="00D47F66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 xml:space="preserve"> </w:t>
            </w:r>
          </w:p>
          <w:p w14:paraId="44EAEA14" w14:textId="77777777" w:rsidR="00AD509B" w:rsidRPr="00387795" w:rsidRDefault="00AD509B" w:rsidP="00D47F66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Fetva Ehliyeti ve Bilgi Kaynağı Ayrımı Bağlamında Yapay Zekâ Destekli Dinî Danışma Araçlarının Usul Açısından Değerlendirilmesi: Gençler Örneği</w:t>
            </w:r>
          </w:p>
          <w:p w14:paraId="0322E4ED" w14:textId="7C516842" w:rsidR="00AD509B" w:rsidRPr="00D47F66" w:rsidRDefault="00217BFF" w:rsidP="00D47F66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(15:30-15:45</w:t>
            </w:r>
            <w:r w:rsidR="00103D22"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103D22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103D22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Dr.</w:t>
            </w:r>
            <w:r w:rsidR="00AD509B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Mehmet </w:t>
            </w:r>
            <w:r w:rsidR="001C438D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İZCİ </w:t>
            </w:r>
            <w:r w:rsidR="00103D22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103D22" w:rsidRPr="00103D22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Diyanet İşleri Başkanlığı</w:t>
            </w:r>
            <w:r w:rsidR="00103D22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70246E35" w14:textId="77777777" w:rsidR="00AD509B" w:rsidRPr="00D47F66" w:rsidRDefault="00AD509B" w:rsidP="00D47F66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17365D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Dinî Bilginin Fragmantasyonu Ekseninde Kısa Video Algoritmalarının Fıkhî Meselelerde Yol Açtığı Bağlam Kaybı ve Gençlik</w:t>
            </w:r>
          </w:p>
        </w:tc>
        <w:tc>
          <w:tcPr>
            <w:tcW w:w="9930" w:type="dxa"/>
          </w:tcPr>
          <w:p w14:paraId="16949A53" w14:textId="1497DAE3" w:rsidR="00AD509B" w:rsidRPr="00D47F66" w:rsidRDefault="00217BFF" w:rsidP="00D47F66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(15:00-15:15</w:t>
            </w:r>
            <w:r w:rsidR="00293A13"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293A13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293A13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Dr.</w:t>
            </w:r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Abdulcelil</w:t>
            </w:r>
            <w:proofErr w:type="spellEnd"/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GÜRBÜZ </w:t>
            </w:r>
            <w:r w:rsidR="00293A13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D509B" w:rsidRPr="00293A13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Diyanet İşleri Başkanlığı</w:t>
            </w:r>
            <w:r w:rsidR="00293A13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5DF123F0" w14:textId="77777777" w:rsidR="00AD509B" w:rsidRPr="00387795" w:rsidRDefault="00AD509B" w:rsidP="00D47F66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Dijital Çağda Dinî Otoritenin Dönüşümü: Almanya’daki Türk Üniversite Öğrencilerinde Dijital Vaazlar, Epistemik Güven ve Dinî Yönelim</w:t>
            </w:r>
          </w:p>
          <w:p w14:paraId="69932452" w14:textId="77777777" w:rsidR="00293A13" w:rsidRDefault="00217BFF" w:rsidP="00293A13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(15:15-15:30</w:t>
            </w:r>
            <w:r w:rsidR="00293A13"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293A13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293A13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Dr.</w:t>
            </w:r>
            <w:r w:rsidR="00AD509B" w:rsidRPr="00A70BE7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Öğr. Üyesi Hatice ALTUNDAL ERKMEN </w:t>
            </w:r>
            <w:r w:rsidR="00293A13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D509B" w:rsidRPr="00293A13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Erzincan Binali Yıldırım Üniversitesi</w:t>
            </w:r>
            <w:r w:rsidR="00293A13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23BE6667" w14:textId="7C307205" w:rsidR="00AD509B" w:rsidRPr="00387795" w:rsidRDefault="00AD509B" w:rsidP="00293A13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Dijital Çağda Din: Dijital Din Teorisi Perspektifinden Gençlerin Din Anlayışına Kuramsal Bir Bakış</w:t>
            </w:r>
          </w:p>
          <w:p w14:paraId="5A6B4679" w14:textId="4544DDDB" w:rsidR="00AD509B" w:rsidRPr="00D47F66" w:rsidRDefault="00217BFF" w:rsidP="00D47F66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(15:30-15:45</w:t>
            </w:r>
            <w:r w:rsidR="00293A13"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293A13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293A13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Dr.</w:t>
            </w:r>
            <w:r w:rsidR="00AD509B" w:rsidRPr="00602D88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Öğr. Üyesi Nurgül BULUT </w:t>
            </w:r>
            <w:r w:rsidR="00293A13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D509B" w:rsidRPr="00293A13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İstanbul Üniversitesi</w:t>
            </w:r>
            <w:r w:rsidR="00293A13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40A4DCF7" w14:textId="77777777" w:rsidR="00AD509B" w:rsidRPr="00D47F66" w:rsidRDefault="00AD509B" w:rsidP="00D47F66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17365D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Dijital Çağda Dinî Otoritenin Meşruiyeti: Gençlik, Din Dili ve Din Eğitimi Üzerine Kuramsal Bir Değerlendirme</w:t>
            </w:r>
          </w:p>
        </w:tc>
      </w:tr>
    </w:tbl>
    <w:p w14:paraId="47302A3C" w14:textId="77777777" w:rsidR="0018251B" w:rsidRPr="00D47F66" w:rsidRDefault="00140D8D">
      <w:pPr>
        <w:rPr>
          <w:rFonts w:ascii="ISNAD Font" w:hAnsi="ISNAD Font" w:cs="ISNAD Font"/>
          <w:sz w:val="24"/>
          <w:szCs w:val="24"/>
        </w:rPr>
      </w:pPr>
      <w:r w:rsidRPr="00D47F66">
        <w:rPr>
          <w:rFonts w:ascii="ISNAD Font" w:hAnsi="ISNAD Font" w:cs="ISNAD Font"/>
          <w:sz w:val="24"/>
          <w:szCs w:val="24"/>
        </w:rPr>
        <w:br w:type="page"/>
      </w:r>
    </w:p>
    <w:p w14:paraId="23EDCDAB" w14:textId="77777777" w:rsidR="005903B4" w:rsidRDefault="005903B4" w:rsidP="008E2FAE">
      <w:pPr>
        <w:spacing w:after="100" w:line="240" w:lineRule="auto"/>
        <w:jc w:val="center"/>
        <w:rPr>
          <w:rFonts w:ascii="ISNAD Font" w:eastAsia="Arial" w:hAnsi="ISNAD Font" w:cs="ISNAD Font"/>
          <w:b/>
          <w:color w:val="0F243E" w:themeColor="text2" w:themeShade="80"/>
          <w:sz w:val="32"/>
          <w:szCs w:val="32"/>
        </w:rPr>
      </w:pPr>
    </w:p>
    <w:p w14:paraId="7F954BD0" w14:textId="77777777" w:rsidR="00AA32A0" w:rsidRDefault="00AA32A0" w:rsidP="008E2FAE">
      <w:pPr>
        <w:spacing w:after="100" w:line="240" w:lineRule="auto"/>
        <w:jc w:val="center"/>
        <w:rPr>
          <w:rFonts w:ascii="ISNAD Font" w:eastAsia="Arial" w:hAnsi="ISNAD Font" w:cs="ISNAD Font"/>
          <w:b/>
          <w:color w:val="0F243E" w:themeColor="text2" w:themeShade="80"/>
          <w:sz w:val="32"/>
          <w:szCs w:val="32"/>
        </w:rPr>
      </w:pPr>
    </w:p>
    <w:tbl>
      <w:tblPr>
        <w:tblStyle w:val="TabloKlavuzu"/>
        <w:tblpPr w:leftFromText="180" w:rightFromText="180" w:vertAnchor="text" w:horzAnchor="margin" w:tblpXSpec="center" w:tblpY="320"/>
        <w:tblW w:w="0" w:type="auto"/>
        <w:tblLook w:val="04A0" w:firstRow="1" w:lastRow="0" w:firstColumn="1" w:lastColumn="0" w:noHBand="0" w:noVBand="1"/>
      </w:tblPr>
      <w:tblGrid>
        <w:gridCol w:w="7968"/>
        <w:gridCol w:w="10032"/>
        <w:gridCol w:w="7758"/>
      </w:tblGrid>
      <w:tr w:rsidR="000C73B4" w14:paraId="1570BED5" w14:textId="77777777" w:rsidTr="000C73B4">
        <w:tc>
          <w:tcPr>
            <w:tcW w:w="796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6D54A7F" w14:textId="77777777" w:rsidR="000C73B4" w:rsidRDefault="000C73B4" w:rsidP="008E2FAE">
            <w:pPr>
              <w:jc w:val="right"/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2155B4AB" wp14:editId="7000BBF1">
                  <wp:extent cx="1765648" cy="1765648"/>
                  <wp:effectExtent l="0" t="0" r="0" b="0"/>
                  <wp:docPr id="1675844326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8006" cy="1778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3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F97AC73" w14:textId="77777777" w:rsidR="000C73B4" w:rsidRDefault="000C73B4" w:rsidP="008E2FAE">
            <w:pPr>
              <w:jc w:val="center"/>
              <w:rPr>
                <w:rFonts w:asciiTheme="minorBidi" w:eastAsia="Arial" w:hAnsiTheme="minorBidi"/>
                <w:b/>
                <w:color w:val="0F243E" w:themeColor="text2" w:themeShade="80"/>
                <w:sz w:val="38"/>
                <w:szCs w:val="38"/>
              </w:rPr>
            </w:pPr>
          </w:p>
          <w:p w14:paraId="38BF9F18" w14:textId="77777777" w:rsidR="000C73B4" w:rsidRPr="000C73B4" w:rsidRDefault="000C73B4" w:rsidP="008E2FAE">
            <w:pPr>
              <w:jc w:val="center"/>
              <w:rPr>
                <w:rFonts w:asciiTheme="minorBidi" w:eastAsia="Arial" w:hAnsiTheme="minorBidi"/>
                <w:b/>
                <w:color w:val="0F243E" w:themeColor="text2" w:themeShade="80"/>
                <w:sz w:val="38"/>
                <w:szCs w:val="38"/>
              </w:rPr>
            </w:pPr>
            <w:r w:rsidRPr="000C73B4">
              <w:rPr>
                <w:rFonts w:asciiTheme="minorBidi" w:eastAsia="Arial" w:hAnsiTheme="minorBidi"/>
                <w:b/>
                <w:color w:val="0F243E" w:themeColor="text2" w:themeShade="80"/>
                <w:sz w:val="38"/>
                <w:szCs w:val="38"/>
              </w:rPr>
              <w:t xml:space="preserve">ERZİNCAN BİNALİ YILDIRIM ÜNİVERSİTESİ </w:t>
            </w:r>
          </w:p>
          <w:p w14:paraId="2A4738C8" w14:textId="77777777" w:rsidR="000C73B4" w:rsidRPr="000C73B4" w:rsidRDefault="000C73B4" w:rsidP="008E2FAE">
            <w:pPr>
              <w:jc w:val="center"/>
              <w:rPr>
                <w:rFonts w:asciiTheme="minorBidi" w:eastAsia="Arial" w:hAnsiTheme="minorBidi"/>
                <w:b/>
                <w:color w:val="0F243E" w:themeColor="text2" w:themeShade="80"/>
                <w:sz w:val="38"/>
                <w:szCs w:val="38"/>
              </w:rPr>
            </w:pPr>
            <w:r w:rsidRPr="000C73B4">
              <w:rPr>
                <w:rFonts w:asciiTheme="minorBidi" w:eastAsia="Arial" w:hAnsiTheme="minorBidi"/>
                <w:b/>
                <w:color w:val="0F243E" w:themeColor="text2" w:themeShade="80"/>
                <w:sz w:val="38"/>
                <w:szCs w:val="38"/>
              </w:rPr>
              <w:t>İLAHİYAT FAKÜLTESİ</w:t>
            </w:r>
          </w:p>
          <w:p w14:paraId="095A1B10" w14:textId="77777777" w:rsidR="000C73B4" w:rsidRPr="000C73B4" w:rsidRDefault="000C73B4" w:rsidP="008E2FAE">
            <w:pPr>
              <w:jc w:val="center"/>
              <w:rPr>
                <w:rFonts w:asciiTheme="minorBidi" w:eastAsia="Arial" w:hAnsiTheme="minorBidi"/>
                <w:b/>
                <w:color w:val="0F243E" w:themeColor="text2" w:themeShade="80"/>
                <w:sz w:val="40"/>
                <w:szCs w:val="40"/>
              </w:rPr>
            </w:pPr>
            <w:r w:rsidRPr="000C73B4">
              <w:rPr>
                <w:rFonts w:asciiTheme="minorBidi" w:eastAsia="Arial" w:hAnsiTheme="minorBidi"/>
                <w:b/>
                <w:color w:val="0F243E" w:themeColor="text2" w:themeShade="80"/>
                <w:sz w:val="40"/>
                <w:szCs w:val="40"/>
              </w:rPr>
              <w:t xml:space="preserve">DİN DİLİ VE GENÇLİK </w:t>
            </w:r>
          </w:p>
          <w:p w14:paraId="60CCF673" w14:textId="77777777" w:rsidR="000C73B4" w:rsidRPr="000C73B4" w:rsidRDefault="000C73B4" w:rsidP="008E2FAE">
            <w:pPr>
              <w:jc w:val="center"/>
              <w:rPr>
                <w:rFonts w:asciiTheme="minorBidi" w:eastAsia="Arial" w:hAnsiTheme="minorBidi"/>
                <w:b/>
                <w:color w:val="0F243E" w:themeColor="text2" w:themeShade="80"/>
                <w:sz w:val="40"/>
                <w:szCs w:val="40"/>
              </w:rPr>
            </w:pPr>
            <w:r w:rsidRPr="000C73B4">
              <w:rPr>
                <w:rFonts w:asciiTheme="minorBidi" w:eastAsia="Arial" w:hAnsiTheme="minorBidi"/>
                <w:b/>
                <w:color w:val="0F243E" w:themeColor="text2" w:themeShade="80"/>
                <w:sz w:val="40"/>
                <w:szCs w:val="40"/>
              </w:rPr>
              <w:t>ULUSLARARASI SEMPOZYUMU</w:t>
            </w:r>
          </w:p>
          <w:p w14:paraId="3217781D" w14:textId="796A7BA1" w:rsidR="000C73B4" w:rsidRPr="000C73B4" w:rsidRDefault="000C73B4" w:rsidP="008E2FAE">
            <w:pPr>
              <w:jc w:val="center"/>
              <w:rPr>
                <w:rFonts w:asciiTheme="minorBidi" w:eastAsia="Arial" w:hAnsiTheme="minorBidi"/>
                <w:bCs/>
                <w:color w:val="0F243E" w:themeColor="text2" w:themeShade="80"/>
                <w:sz w:val="32"/>
                <w:szCs w:val="32"/>
              </w:rPr>
            </w:pPr>
            <w:r>
              <w:rPr>
                <w:rFonts w:asciiTheme="minorBidi" w:eastAsia="Arial" w:hAnsiTheme="minorBidi"/>
                <w:bCs/>
                <w:color w:val="0F243E" w:themeColor="text2" w:themeShade="80"/>
                <w:sz w:val="32"/>
                <w:szCs w:val="32"/>
              </w:rPr>
              <w:t>8</w:t>
            </w:r>
            <w:r w:rsidRPr="000C73B4">
              <w:rPr>
                <w:rFonts w:asciiTheme="minorBidi" w:eastAsia="Arial" w:hAnsiTheme="minorBidi"/>
                <w:bCs/>
                <w:color w:val="0F243E" w:themeColor="text2" w:themeShade="80"/>
                <w:sz w:val="32"/>
                <w:szCs w:val="32"/>
              </w:rPr>
              <w:t xml:space="preserve"> KASIM 2026 </w:t>
            </w:r>
            <w:proofErr w:type="gramStart"/>
            <w:r w:rsidRPr="000C73B4">
              <w:rPr>
                <w:rFonts w:asciiTheme="minorBidi" w:eastAsia="Arial" w:hAnsiTheme="minorBidi"/>
                <w:bCs/>
                <w:color w:val="0F243E" w:themeColor="text2" w:themeShade="80"/>
                <w:sz w:val="32"/>
                <w:szCs w:val="32"/>
              </w:rPr>
              <w:t xml:space="preserve">•  </w:t>
            </w:r>
            <w:r>
              <w:rPr>
                <w:rFonts w:asciiTheme="minorBidi" w:eastAsia="Arial" w:hAnsiTheme="minorBidi"/>
                <w:bCs/>
                <w:color w:val="0F243E" w:themeColor="text2" w:themeShade="80"/>
                <w:sz w:val="32"/>
                <w:szCs w:val="32"/>
              </w:rPr>
              <w:t>PAZAR</w:t>
            </w:r>
            <w:proofErr w:type="gramEnd"/>
            <w:r w:rsidRPr="000C73B4">
              <w:rPr>
                <w:rFonts w:asciiTheme="minorBidi" w:eastAsia="Arial" w:hAnsiTheme="minorBidi"/>
                <w:bCs/>
                <w:color w:val="0F243E" w:themeColor="text2" w:themeShade="80"/>
                <w:sz w:val="32"/>
                <w:szCs w:val="32"/>
              </w:rPr>
              <w:t xml:space="preserve"> </w:t>
            </w:r>
          </w:p>
          <w:p w14:paraId="4967BE4F" w14:textId="77777777" w:rsidR="000C73B4" w:rsidRDefault="000C73B4" w:rsidP="008E2FAE">
            <w:pPr>
              <w:jc w:val="center"/>
              <w:rPr>
                <w:rFonts w:asciiTheme="minorBidi" w:eastAsia="Arial" w:hAnsiTheme="minorBidi"/>
                <w:bCs/>
                <w:color w:val="0F243E" w:themeColor="text2" w:themeShade="80"/>
                <w:sz w:val="16"/>
                <w:szCs w:val="16"/>
              </w:rPr>
            </w:pPr>
            <w:r w:rsidRPr="000C73B4">
              <w:rPr>
                <w:rFonts w:asciiTheme="minorBidi" w:eastAsia="Arial" w:hAnsiTheme="minorBidi"/>
                <w:bCs/>
                <w:color w:val="0F243E" w:themeColor="text2" w:themeShade="80"/>
                <w:sz w:val="32"/>
                <w:szCs w:val="32"/>
              </w:rPr>
              <w:t>OTURUMLAR VE BİLDİRİLER</w:t>
            </w:r>
          </w:p>
          <w:p w14:paraId="2BFCCB5F" w14:textId="77777777" w:rsidR="000C73B4" w:rsidRPr="000C73B4" w:rsidRDefault="000C73B4" w:rsidP="008E2FAE">
            <w:pPr>
              <w:jc w:val="center"/>
              <w:rPr>
                <w:rFonts w:asciiTheme="minorBidi" w:eastAsia="Arial" w:hAnsiTheme="minorBidi"/>
                <w:bCs/>
                <w:color w:val="0F243E" w:themeColor="text2" w:themeShade="80"/>
                <w:sz w:val="16"/>
                <w:szCs w:val="16"/>
              </w:rPr>
            </w:pPr>
          </w:p>
        </w:tc>
        <w:tc>
          <w:tcPr>
            <w:tcW w:w="775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C12B9DB" w14:textId="77777777" w:rsidR="000C73B4" w:rsidRPr="005B5BF3" w:rsidRDefault="000C73B4" w:rsidP="008E2FAE">
            <w:pPr>
              <w:rPr>
                <w:rFonts w:ascii="ISNAD Font" w:hAnsi="ISNAD Font" w:cs="ISNAD Font"/>
                <w:color w:val="000000" w:themeColor="text1"/>
                <w:sz w:val="28"/>
                <w:szCs w:val="28"/>
                <w:lang w:val="en-US"/>
              </w:rPr>
            </w:pPr>
            <w:r w:rsidRPr="005B5BF3">
              <w:rPr>
                <w:rFonts w:ascii="ISNAD Font" w:hAnsi="ISNAD Font" w:cs="ISNAD Font"/>
                <w:noProof/>
                <w:color w:val="000000" w:themeColor="text1"/>
                <w:sz w:val="28"/>
                <w:szCs w:val="28"/>
                <w:lang w:eastAsia="tr-TR"/>
              </w:rPr>
              <w:drawing>
                <wp:anchor distT="0" distB="0" distL="114300" distR="114300" simplePos="0" relativeHeight="251668480" behindDoc="0" locked="0" layoutInCell="1" allowOverlap="1" wp14:anchorId="6736F2C0" wp14:editId="420BA6A9">
                  <wp:simplePos x="0" y="0"/>
                  <wp:positionH relativeFrom="column">
                    <wp:posOffset>64996</wp:posOffset>
                  </wp:positionH>
                  <wp:positionV relativeFrom="paragraph">
                    <wp:posOffset>104888</wp:posOffset>
                  </wp:positionV>
                  <wp:extent cx="1603331" cy="1603331"/>
                  <wp:effectExtent l="0" t="0" r="0" b="0"/>
                  <wp:wrapNone/>
                  <wp:docPr id="1711952680" name="Resi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3331" cy="1603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4058559" wp14:editId="72D98D02">
                      <wp:extent cx="300355" cy="300355"/>
                      <wp:effectExtent l="0" t="0" r="0" b="0"/>
                      <wp:docPr id="693608741" name="Dikdörtgen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0355" cy="300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D5D18B4" id="Dikdörtgen 10" o:spid="_x0000_s1026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1F03723A" wp14:editId="6241CF25">
                      <wp:extent cx="300355" cy="300355"/>
                      <wp:effectExtent l="0" t="0" r="0" b="0"/>
                      <wp:docPr id="733312032" name="Dikdörtgen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0355" cy="300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5D79A36" id="Dikdörtgen 9" o:spid="_x0000_s1026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625C90A6" w14:textId="77777777" w:rsidR="005903B4" w:rsidRPr="005903B4" w:rsidRDefault="005903B4" w:rsidP="00D47F66">
      <w:pPr>
        <w:spacing w:after="100" w:line="240" w:lineRule="auto"/>
        <w:jc w:val="center"/>
        <w:rPr>
          <w:rFonts w:ascii="ISNAD Font" w:hAnsi="ISNAD Font" w:cs="ISNAD Font"/>
          <w:color w:val="0F243E" w:themeColor="text2" w:themeShade="80"/>
          <w:sz w:val="32"/>
          <w:szCs w:val="32"/>
        </w:rPr>
      </w:pPr>
    </w:p>
    <w:tbl>
      <w:tblPr>
        <w:tblStyle w:val="KlavuzTablo6Renkli-Vurgu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230"/>
        <w:gridCol w:w="12555"/>
      </w:tblGrid>
      <w:tr w:rsidR="0018251B" w:rsidRPr="00D47F66" w14:paraId="7C6C5AE9" w14:textId="77777777" w:rsidTr="00AA32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0" w:type="dxa"/>
            <w:shd w:val="clear" w:color="auto" w:fill="DAEEF3" w:themeFill="accent5" w:themeFillTint="33"/>
          </w:tcPr>
          <w:p w14:paraId="59597433" w14:textId="77777777" w:rsidR="0018251B" w:rsidRDefault="00140D8D" w:rsidP="000760EA">
            <w:pPr>
              <w:spacing w:after="20" w:line="223" w:lineRule="auto"/>
              <w:rPr>
                <w:rFonts w:ascii="ISNAD Font" w:eastAsia="Arial" w:hAnsi="ISNAD Font" w:cs="ISNAD Font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AA32A0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>2.1.1. Oturum — Başkan: Dr. Öğr. Üyesi Ramazan ÇINAR</w:t>
            </w:r>
          </w:p>
          <w:p w14:paraId="0F2FD990" w14:textId="788FF54E" w:rsidR="00FC23FE" w:rsidRPr="00AA32A0" w:rsidRDefault="00000000" w:rsidP="000760EA">
            <w:pPr>
              <w:spacing w:after="20" w:line="223" w:lineRule="auto"/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</w:pPr>
            <w:hyperlink r:id="rId28" w:history="1">
              <w:r w:rsidR="00E22EB8" w:rsidRPr="003B3C98">
                <w:rPr>
                  <w:rStyle w:val="Kpr"/>
                  <w:rFonts w:ascii="ISNAD Font" w:hAnsi="ISNAD Font" w:cs="ISNAD Font"/>
                  <w:sz w:val="28"/>
                  <w:szCs w:val="28"/>
                </w:rPr>
                <w:t>https://live.kampus.ebyu.edu.tr/Session/Invitation/2e9f0cfa-940f-4c54-9c4b-670e7d2386d9</w:t>
              </w:r>
            </w:hyperlink>
            <w:r w:rsidR="00E22EB8"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2555" w:type="dxa"/>
            <w:shd w:val="clear" w:color="auto" w:fill="DAEEF3" w:themeFill="accent5" w:themeFillTint="33"/>
          </w:tcPr>
          <w:p w14:paraId="66F41BC1" w14:textId="77777777" w:rsidR="0018251B" w:rsidRDefault="00140D8D" w:rsidP="000760EA">
            <w:pPr>
              <w:spacing w:after="20" w:line="223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eastAsia="Arial" w:hAnsi="ISNAD Font" w:cs="ISNAD Font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AA32A0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>2.2.1. Oturum —</w:t>
            </w:r>
            <w:r w:rsidR="000760EA" w:rsidRPr="00AA32A0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 xml:space="preserve"> </w:t>
            </w:r>
            <w:r w:rsidRPr="00AA32A0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>Başkan: Doç. Dr. İbrahim AKSU</w:t>
            </w:r>
          </w:p>
          <w:p w14:paraId="747D0D19" w14:textId="0BF01089" w:rsidR="00E22EB8" w:rsidRPr="00AA32A0" w:rsidRDefault="00000000" w:rsidP="000760EA">
            <w:pPr>
              <w:spacing w:after="20" w:line="223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</w:pPr>
            <w:hyperlink r:id="rId29" w:history="1">
              <w:r w:rsidR="00E22EB8" w:rsidRPr="003B3C98">
                <w:rPr>
                  <w:rStyle w:val="Kpr"/>
                  <w:rFonts w:ascii="ISNAD Font" w:hAnsi="ISNAD Font" w:cs="ISNAD Font"/>
                  <w:sz w:val="28"/>
                  <w:szCs w:val="28"/>
                </w:rPr>
                <w:t>https://live.kampus.ebyu.edu.tr/Session/Invitation/91ee99e9-3f3c-40fb-a202-7a2f38489484</w:t>
              </w:r>
            </w:hyperlink>
            <w:r w:rsidR="00E22EB8"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A32A0" w:rsidRPr="00D47F66" w14:paraId="3FD6E025" w14:textId="77777777" w:rsidTr="00AA32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0" w:type="dxa"/>
          </w:tcPr>
          <w:p w14:paraId="0FDCE131" w14:textId="58BA3BA0" w:rsidR="00AA32A0" w:rsidRPr="00D47F66" w:rsidRDefault="007303CD" w:rsidP="005903B4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(09:00–09:15)</w:t>
            </w:r>
            <w:r w:rsidR="00AA32A0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="00AA32A0" w:rsidRPr="00A70BE7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Dr</w:t>
            </w:r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. Öğr. Üyesi Fatih </w:t>
            </w:r>
            <w:r w:rsidR="001C438D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BAŞ</w:t>
            </w:r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</w:t>
            </w:r>
            <w:r w:rsidR="00C67442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A32A0" w:rsidRPr="00C67442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Ankara Yıldırım Beyazıt Üniversitesi</w:t>
            </w:r>
            <w:r w:rsidR="00C67442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</w:p>
          <w:p w14:paraId="27B7D491" w14:textId="77777777" w:rsidR="00AA32A0" w:rsidRPr="00D47F66" w:rsidRDefault="00AA32A0" w:rsidP="005903B4">
            <w:pPr>
              <w:spacing w:after="20"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56092C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Kurumsal ve Bireysel Dindarlık Arasında Gençlik, Din Dili ve Yeni Dindarlık Formları</w:t>
            </w:r>
          </w:p>
          <w:p w14:paraId="52628841" w14:textId="1B193600" w:rsidR="00AA32A0" w:rsidRPr="00D47F66" w:rsidRDefault="007303CD" w:rsidP="005903B4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(09:15–09:30</w:t>
            </w:r>
            <w:r w:rsidR="00C67442" w:rsidRPr="007303CD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)</w:t>
            </w:r>
            <w:r w:rsidR="00C67442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="00C67442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Öğr.</w:t>
            </w:r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Gör. Dr. Melek </w:t>
            </w:r>
            <w:r w:rsidR="001C438D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COŞGUN SOLAK </w:t>
            </w:r>
            <w:r w:rsidR="00C67442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A32A0" w:rsidRPr="00C67442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Yozgat Bozok Üniversitesi</w:t>
            </w:r>
            <w:r w:rsidR="00C67442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 xml:space="preserve">) </w:t>
            </w:r>
          </w:p>
          <w:p w14:paraId="29120DB1" w14:textId="77777777" w:rsidR="00AA32A0" w:rsidRPr="00D47F66" w:rsidRDefault="00AA32A0" w:rsidP="005903B4">
            <w:pPr>
              <w:spacing w:after="20"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56092C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Din Dilinde Dinî Sorulabilirlik: Gençlik Bağlamında Kavramsal Bir İnceleme</w:t>
            </w:r>
          </w:p>
          <w:p w14:paraId="34A3FE3E" w14:textId="01A967F5" w:rsidR="00AA32A0" w:rsidRPr="00D47F66" w:rsidRDefault="007303CD" w:rsidP="005903B4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(09:30–09:45</w:t>
            </w:r>
            <w:r w:rsidR="00C67442" w:rsidRPr="007303CD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)</w:t>
            </w:r>
            <w:r w:rsidR="00C67442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="00C67442" w:rsidRPr="00A70BE7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Dr.</w:t>
            </w:r>
            <w:r w:rsidR="00AA32A0" w:rsidRPr="00A70BE7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</w:t>
            </w:r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Büşra </w:t>
            </w:r>
            <w:r w:rsidR="001C438D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BİLGİN </w:t>
            </w:r>
          </w:p>
          <w:p w14:paraId="2F2559C5" w14:textId="10C46292" w:rsidR="00AA32A0" w:rsidRPr="00D47F66" w:rsidRDefault="00AA32A0" w:rsidP="005903B4">
            <w:pPr>
              <w:spacing w:after="20" w:line="218" w:lineRule="auto"/>
              <w:rPr>
                <w:rFonts w:ascii="ISNAD Font" w:eastAsia="Arial" w:hAnsi="ISNAD Font" w:cs="ISNAD Font"/>
                <w:b w:val="0"/>
                <w:color w:val="17365D"/>
                <w:sz w:val="24"/>
                <w:szCs w:val="24"/>
              </w:rPr>
            </w:pPr>
            <w:r w:rsidRPr="0056092C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Dindarlığı Derlemek: Genç Kuşağın İnanç </w:t>
            </w:r>
            <w:proofErr w:type="spellStart"/>
            <w:r w:rsidRPr="0056092C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Kürasyonu</w:t>
            </w:r>
            <w:proofErr w:type="spellEnd"/>
            <w:r w:rsidRPr="0056092C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ve Aidiyetin Dönüşen Sosyolojisi</w:t>
            </w:r>
          </w:p>
        </w:tc>
        <w:tc>
          <w:tcPr>
            <w:tcW w:w="12555" w:type="dxa"/>
          </w:tcPr>
          <w:p w14:paraId="6B5C4B9E" w14:textId="21BE108C" w:rsidR="00AA32A0" w:rsidRPr="00D47F66" w:rsidRDefault="007303CD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(09:00–09:15</w:t>
            </w:r>
            <w:r w:rsidR="00DB4EF3"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DB4EF3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B53E0F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(Y.L.) </w:t>
            </w:r>
            <w:r w:rsidR="00DB4EF3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Mesude</w:t>
            </w:r>
            <w:r w:rsidR="00AA32A0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C438D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KESKİN</w:t>
            </w:r>
            <w:r w:rsidR="00AA32A0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&amp; </w:t>
            </w:r>
            <w:r w:rsidR="00DB4EF3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Dr. Öğr. Üyesi </w:t>
            </w:r>
            <w:r w:rsidR="00AA32A0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Cengiz </w:t>
            </w:r>
            <w:r w:rsidR="001C438D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ALACA </w:t>
            </w:r>
            <w:r w:rsidR="00DB4EF3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A32A0" w:rsidRPr="00DB4EF3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Artvin Çoruh Üniversitesi</w:t>
            </w:r>
            <w:r w:rsidR="00DB4EF3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 xml:space="preserve">) </w:t>
            </w:r>
          </w:p>
          <w:p w14:paraId="4ECDD7EC" w14:textId="77777777" w:rsidR="00AA32A0" w:rsidRPr="0056092C" w:rsidRDefault="00AA32A0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Ahlak Felsefesi Perspektifinden Gençlikte Değer Sorgulamaları ve Etik Tutumlar</w:t>
            </w:r>
          </w:p>
          <w:p w14:paraId="296EA944" w14:textId="77777777" w:rsidR="00DB4EF3" w:rsidRDefault="007303CD" w:rsidP="00DB4EF3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(09:15–09:30</w:t>
            </w:r>
            <w:r w:rsidR="00DB4EF3"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DB4EF3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DB4EF3" w:rsidRPr="00963FE4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Prof. </w:t>
            </w:r>
            <w:r w:rsidR="00DB4EF3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Dr. Esra</w:t>
            </w:r>
            <w:r w:rsidR="00AA32A0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Başak KURTULUŞ </w:t>
            </w:r>
            <w:r w:rsidR="00DB4EF3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A32A0" w:rsidRPr="00DB4EF3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Erzincan Binali Yıldırım Üniversitesi</w:t>
            </w:r>
            <w:r w:rsidR="00DB4EF3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622FB9D5" w14:textId="48A97EB4" w:rsidR="00AA32A0" w:rsidRPr="0056092C" w:rsidRDefault="00AA32A0" w:rsidP="00DB4EF3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Kadın Kimliği ve Kutsalın Güncel İnşası: Etik Bir Söylemin İmkânı</w:t>
            </w:r>
          </w:p>
          <w:p w14:paraId="46027C65" w14:textId="2F4ED0C7" w:rsidR="00C94BC1" w:rsidRPr="00D47F66" w:rsidRDefault="007303CD" w:rsidP="00C94BC1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(09:30–09:45</w:t>
            </w:r>
            <w:r w:rsidR="00DB4EF3"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DB4EF3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8D725A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Prof</w:t>
            </w:r>
            <w:r w:rsidR="00C94BC1" w:rsidRPr="00963FE4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. </w:t>
            </w:r>
            <w:r w:rsidR="00C94BC1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Dr. Emel KARAŞAHİN </w:t>
            </w:r>
            <w:r w:rsidR="00C94BC1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C94BC1" w:rsidRPr="00963FE4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İzmir Dokuz Eylül Üniversitesi</w:t>
            </w:r>
            <w:r w:rsidR="00C94BC1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46F1A86B" w14:textId="45783C49" w:rsidR="00AA32A0" w:rsidRPr="00C94BC1" w:rsidRDefault="00C94BC1" w:rsidP="00C94BC1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</w:pPr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Gençliği Anlamak ve Din Dili: Düzeltici/Eleştirel Söylemin Ötesine Geçmek</w:t>
            </w:r>
          </w:p>
        </w:tc>
      </w:tr>
      <w:tr w:rsidR="0018251B" w:rsidRPr="00D47F66" w14:paraId="053B0E5A" w14:textId="77777777" w:rsidTr="00AA32A0">
        <w:trPr>
          <w:trHeight w:val="2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0" w:type="dxa"/>
            <w:shd w:val="clear" w:color="auto" w:fill="DAEEF3" w:themeFill="accent5" w:themeFillTint="33"/>
          </w:tcPr>
          <w:p w14:paraId="2DD8B430" w14:textId="77777777" w:rsidR="0018251B" w:rsidRDefault="00140D8D" w:rsidP="000760EA">
            <w:pPr>
              <w:spacing w:after="20" w:line="223" w:lineRule="auto"/>
              <w:rPr>
                <w:rFonts w:ascii="ISNAD Font" w:eastAsia="Arial" w:hAnsi="ISNAD Font" w:cs="ISNAD Font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AA32A0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>2.1.2. Oturum — Başkan: Prof. Dr. İhsan ÇAPCIOĞLU</w:t>
            </w:r>
          </w:p>
          <w:p w14:paraId="64938D9A" w14:textId="109DB571" w:rsidR="00E22EB8" w:rsidRPr="00AA32A0" w:rsidRDefault="00000000" w:rsidP="000760EA">
            <w:pPr>
              <w:spacing w:after="20" w:line="223" w:lineRule="auto"/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</w:pPr>
            <w:hyperlink r:id="rId30" w:history="1">
              <w:r w:rsidR="004C5540" w:rsidRPr="003B3C98">
                <w:rPr>
                  <w:rStyle w:val="Kpr"/>
                  <w:rFonts w:ascii="ISNAD Font" w:hAnsi="ISNAD Font" w:cs="ISNAD Font"/>
                  <w:sz w:val="28"/>
                  <w:szCs w:val="28"/>
                </w:rPr>
                <w:t>https://live.kampus.ebyu.edu.tr/Session/Invitation/457f0753-4187-456d-9b4e-ec0f094e2b8f</w:t>
              </w:r>
            </w:hyperlink>
            <w:r w:rsidR="004C5540"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2555" w:type="dxa"/>
            <w:shd w:val="clear" w:color="auto" w:fill="DAEEF3" w:themeFill="accent5" w:themeFillTint="33"/>
          </w:tcPr>
          <w:p w14:paraId="65099896" w14:textId="77777777" w:rsidR="0018251B" w:rsidRDefault="00140D8D" w:rsidP="000760EA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</w:pPr>
            <w:r w:rsidRPr="00AA32A0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>2.2.2. Oturum — Başkan: Prof. Dr. Durmuş ARIK</w:t>
            </w:r>
          </w:p>
          <w:p w14:paraId="53692EF3" w14:textId="0CD70DB3" w:rsidR="004C5540" w:rsidRPr="00294E27" w:rsidRDefault="00000000" w:rsidP="000760EA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</w:pPr>
            <w:hyperlink r:id="rId31" w:history="1">
              <w:r w:rsidR="00294E27" w:rsidRPr="00294E27">
                <w:rPr>
                  <w:rStyle w:val="Kpr"/>
                  <w:rFonts w:ascii="ISNAD Font" w:hAnsi="ISNAD Font" w:cs="ISNAD Font"/>
                  <w:b/>
                  <w:bCs/>
                  <w:sz w:val="28"/>
                  <w:szCs w:val="28"/>
                </w:rPr>
                <w:t>https://live.kampus.ebyu.edu.tr/Session/Invitation/65c77f52-76d2-4aed-bfbc-89ee27885b8c</w:t>
              </w:r>
            </w:hyperlink>
            <w:r w:rsidR="00294E27" w:rsidRPr="00294E27"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A32A0" w:rsidRPr="00D47F66" w14:paraId="228C825B" w14:textId="77777777" w:rsidTr="00AA32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0" w:type="dxa"/>
          </w:tcPr>
          <w:p w14:paraId="386096D2" w14:textId="34799A04" w:rsidR="00AA32A0" w:rsidRPr="00D47F66" w:rsidRDefault="007303CD" w:rsidP="005903B4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(10:00–10:15</w:t>
            </w:r>
            <w:r w:rsidR="00C67442" w:rsidRPr="007303CD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)</w:t>
            </w:r>
            <w:r w:rsidR="00C67442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="00C67442" w:rsidRPr="00A70BE7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Dr.</w:t>
            </w:r>
            <w:r w:rsidR="00AA32A0" w:rsidRPr="00A70BE7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</w:t>
            </w:r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Öğr. Üyesi Mehmet Davut ÇOŞTU </w:t>
            </w:r>
            <w:r w:rsidR="00C67442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A32A0" w:rsidRPr="00C67442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Erzincan Binali Yıldırım Üniversitesi</w:t>
            </w:r>
            <w:r w:rsidR="00C67442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  <w:r w:rsidR="00AA32A0" w:rsidRPr="00D47F66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 xml:space="preserve"> </w:t>
            </w:r>
          </w:p>
          <w:p w14:paraId="6C86BDB1" w14:textId="77777777" w:rsidR="00AA32A0" w:rsidRPr="0056092C" w:rsidRDefault="00AA32A0" w:rsidP="005903B4">
            <w:pPr>
              <w:spacing w:after="20" w:line="218" w:lineRule="auto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56092C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Hutbelerde Gençliğin İlişkilendirildiği Temalar: Eleştirel Bir Söylem Analizi</w:t>
            </w:r>
          </w:p>
          <w:p w14:paraId="0828337A" w14:textId="0B0C53A7" w:rsidR="00AA32A0" w:rsidRPr="00D47F66" w:rsidRDefault="007303CD" w:rsidP="005903B4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(10:15–10:30</w:t>
            </w:r>
            <w:r w:rsidR="00C67442" w:rsidRPr="007303CD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)</w:t>
            </w:r>
            <w:r w:rsidR="00C67442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="00C67442" w:rsidRPr="00A70BE7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Öğr.</w:t>
            </w:r>
            <w:r w:rsidR="00AA32A0" w:rsidRPr="00A70BE7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</w:t>
            </w:r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Gör. Dr. Melek </w:t>
            </w:r>
            <w:r w:rsidR="001C438D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COŞGUN SOLAK </w:t>
            </w:r>
            <w:r w:rsidR="00C67442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A32A0" w:rsidRPr="00C67442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Yozgat Bozok Üniversitesi</w:t>
            </w:r>
            <w:r w:rsidR="00C67442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</w:p>
          <w:p w14:paraId="094B92AF" w14:textId="77777777" w:rsidR="00AA32A0" w:rsidRPr="0056092C" w:rsidRDefault="00AA32A0" w:rsidP="005903B4">
            <w:pPr>
              <w:spacing w:after="20" w:line="218" w:lineRule="auto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56092C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Din Dilinde Otantiklik: Gençliğin Anlam Arayışı Üzerine Kavramsal Bir İnceleme</w:t>
            </w:r>
          </w:p>
          <w:p w14:paraId="3347025D" w14:textId="3003F0FB" w:rsidR="00AA32A0" w:rsidRPr="00D47F66" w:rsidRDefault="007303CD" w:rsidP="005903B4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(10:30–10:45</w:t>
            </w:r>
            <w:proofErr w:type="gramStart"/>
            <w:r w:rsidRPr="007303CD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)</w:t>
            </w:r>
            <w:r w:rsidR="00AA32A0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 </w:t>
            </w:r>
            <w:r w:rsidR="00C67442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proofErr w:type="gramEnd"/>
            <w:r w:rsidR="00C67442" w:rsidRPr="00603BCA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Y.</w:t>
            </w:r>
            <w:r w:rsidR="00C67442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L.) </w:t>
            </w:r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Soner GÜNEYSU </w:t>
            </w:r>
            <w:r w:rsidR="00C67442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A32A0" w:rsidRPr="00C67442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Artvin Çoruh Üniversites</w:t>
            </w:r>
            <w:r w:rsidR="00C67442" w:rsidRPr="00C67442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i</w:t>
            </w:r>
            <w:r w:rsidR="00C67442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</w:p>
          <w:p w14:paraId="19E9B7C3" w14:textId="77777777" w:rsidR="00AA32A0" w:rsidRPr="00D47F66" w:rsidRDefault="00AA32A0" w:rsidP="005903B4">
            <w:pPr>
              <w:spacing w:after="20" w:line="218" w:lineRule="auto"/>
              <w:rPr>
                <w:rFonts w:ascii="ISNAD Font" w:eastAsia="Arial" w:hAnsi="ISNAD Font" w:cs="ISNAD Font"/>
                <w:b w:val="0"/>
                <w:color w:val="17365D"/>
                <w:sz w:val="24"/>
                <w:szCs w:val="24"/>
              </w:rPr>
            </w:pPr>
            <w:r w:rsidRPr="0056092C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Dijital İletişim Çağında Kur’an ve Sünnet Merkezli Din Dili: Gençlik, Sosyal Medya ve Yeni Teknolojiler Bağlamında Bir Model Önerisi</w:t>
            </w:r>
          </w:p>
        </w:tc>
        <w:tc>
          <w:tcPr>
            <w:tcW w:w="12555" w:type="dxa"/>
          </w:tcPr>
          <w:p w14:paraId="217805F6" w14:textId="77777777" w:rsidR="00DB4EF3" w:rsidRDefault="007303CD" w:rsidP="00DB4EF3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(10:00–10:15</w:t>
            </w:r>
            <w:r w:rsidR="00DB4EF3"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DB4EF3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DB4EF3" w:rsidRPr="00963FE4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Dr.</w:t>
            </w:r>
            <w:r w:rsidR="00AA32A0" w:rsidRPr="00963FE4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Öğr. </w:t>
            </w:r>
            <w:r w:rsidR="00AA32A0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Üyesi Duygu METE DOĞAN </w:t>
            </w:r>
            <w:r w:rsidR="00DB4EF3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A32A0" w:rsidRPr="00DB4EF3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Erzincan Binali Yıldırım Üniversitesi</w:t>
            </w:r>
            <w:r w:rsidR="00DB4EF3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  <w:r w:rsidR="00AA32A0" w:rsidRPr="00D47F66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 xml:space="preserve"> </w:t>
            </w:r>
          </w:p>
          <w:p w14:paraId="5FA3AF10" w14:textId="65CE788C" w:rsidR="00AA32A0" w:rsidRPr="0056092C" w:rsidRDefault="00AA32A0" w:rsidP="00DB4EF3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Savunmadan Dinlemeye</w:t>
            </w:r>
            <w:r w:rsidR="00CA1272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:</w:t>
            </w:r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Katolik Gençlerin Kurumsal Din Dilinden Uzaklaşma Süreçleri ve Yeni Bir Dil</w:t>
            </w:r>
            <w:r w:rsidR="00603BCA"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İnşası</w:t>
            </w:r>
          </w:p>
          <w:p w14:paraId="257FCF95" w14:textId="1633D573" w:rsidR="00AA32A0" w:rsidRPr="00D47F66" w:rsidRDefault="007303CD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(10:15–10:30</w:t>
            </w:r>
            <w:r w:rsidR="00DB4EF3"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DB4EF3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DB4EF3" w:rsidRPr="00963FE4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Prof.</w:t>
            </w:r>
            <w:r w:rsidR="00AA32A0" w:rsidRPr="00963FE4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Dr. </w:t>
            </w:r>
            <w:r w:rsidR="00AA32A0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Mustafa ALICI </w:t>
            </w:r>
            <w:r w:rsidR="00DB4EF3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A32A0" w:rsidRPr="00DB4EF3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Erzincan Binali Yıldırım Üniversitesi</w:t>
            </w:r>
            <w:r w:rsidR="00DB4EF3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 xml:space="preserve">) </w:t>
            </w:r>
          </w:p>
          <w:p w14:paraId="334B47A5" w14:textId="77777777" w:rsidR="00AA32A0" w:rsidRPr="0056092C" w:rsidRDefault="00AA32A0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proofErr w:type="spellStart"/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Postmodern</w:t>
            </w:r>
            <w:proofErr w:type="spellEnd"/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Dil</w:t>
            </w:r>
          </w:p>
          <w:p w14:paraId="6A08477A" w14:textId="11F7DB3D" w:rsidR="00AA32A0" w:rsidRPr="00D47F66" w:rsidRDefault="007303CD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(10:30–10:45</w:t>
            </w:r>
            <w:r w:rsidR="00DB4EF3"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DB4EF3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DB4EF3" w:rsidRPr="00963FE4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Dr.</w:t>
            </w:r>
            <w:r w:rsidR="00AA32A0" w:rsidRPr="00963FE4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Öğr. Üyesi </w:t>
            </w:r>
            <w:r w:rsidR="00AA32A0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Mehmet Mustafa </w:t>
            </w:r>
            <w:r w:rsidR="001C438D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ERKAL</w:t>
            </w:r>
            <w:r w:rsidR="00AA32A0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DB4EF3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A32A0" w:rsidRPr="00DB4EF3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Sivas Cumhuriyet Üniversitesi</w:t>
            </w:r>
            <w:r w:rsidR="00DB4EF3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363B788D" w14:textId="77777777" w:rsidR="00AA32A0" w:rsidRPr="00D47F66" w:rsidRDefault="00AA32A0" w:rsidP="00AA32A0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17365D"/>
                <w:sz w:val="24"/>
                <w:szCs w:val="24"/>
              </w:rPr>
            </w:pPr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Geleneksel Türk </w:t>
            </w:r>
            <w:proofErr w:type="spellStart"/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İnanışları’nda</w:t>
            </w:r>
            <w:proofErr w:type="spellEnd"/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Atalar Kültünün Gençlere Aktarımında Din Dili</w:t>
            </w:r>
          </w:p>
        </w:tc>
      </w:tr>
      <w:tr w:rsidR="0018251B" w:rsidRPr="00D47F66" w14:paraId="34F5E02F" w14:textId="77777777" w:rsidTr="00AA32A0">
        <w:trPr>
          <w:trHeight w:val="2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0" w:type="dxa"/>
            <w:shd w:val="clear" w:color="auto" w:fill="DAEEF3" w:themeFill="accent5" w:themeFillTint="33"/>
          </w:tcPr>
          <w:p w14:paraId="69B99C9F" w14:textId="77777777" w:rsidR="0018251B" w:rsidRDefault="00140D8D" w:rsidP="000760EA">
            <w:pPr>
              <w:spacing w:after="20" w:line="223" w:lineRule="auto"/>
              <w:rPr>
                <w:rFonts w:ascii="ISNAD Font" w:eastAsia="Arial" w:hAnsi="ISNAD Font" w:cs="ISNAD Font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AA32A0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>2.1.3. Oturum — Başkan: Doç. Dr. Tuba Nur DÖNMEZ UMUT</w:t>
            </w:r>
          </w:p>
          <w:p w14:paraId="50D84D50" w14:textId="11F9722A" w:rsidR="001C5110" w:rsidRPr="00AA32A0" w:rsidRDefault="00000000" w:rsidP="000760EA">
            <w:pPr>
              <w:spacing w:after="20" w:line="223" w:lineRule="auto"/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</w:pPr>
            <w:hyperlink r:id="rId32" w:history="1">
              <w:r w:rsidR="000D6419" w:rsidRPr="003B3C98">
                <w:rPr>
                  <w:rStyle w:val="Kpr"/>
                  <w:rFonts w:ascii="ISNAD Font" w:hAnsi="ISNAD Font" w:cs="ISNAD Font"/>
                  <w:sz w:val="28"/>
                  <w:szCs w:val="28"/>
                </w:rPr>
                <w:t>https://live.kampus.ebyu.edu.tr/Session/Invitation/510159b6-38f5-49d7-a4c1-3a73fe2ab720</w:t>
              </w:r>
            </w:hyperlink>
            <w:r w:rsidR="000D6419"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2555" w:type="dxa"/>
            <w:shd w:val="clear" w:color="auto" w:fill="DAEEF3" w:themeFill="accent5" w:themeFillTint="33"/>
          </w:tcPr>
          <w:p w14:paraId="52EB3D65" w14:textId="77777777" w:rsidR="0018251B" w:rsidRDefault="00140D8D" w:rsidP="000760EA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</w:pPr>
            <w:r w:rsidRPr="00AA32A0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>2.2.3. Oturum — Başkan: Prof. Dr. Halil BALTACI</w:t>
            </w:r>
          </w:p>
          <w:p w14:paraId="14D11A97" w14:textId="2D4AB1D1" w:rsidR="000D6419" w:rsidRPr="005A5296" w:rsidRDefault="00000000" w:rsidP="000760EA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</w:pPr>
            <w:hyperlink r:id="rId33" w:history="1">
              <w:r w:rsidR="005A5296" w:rsidRPr="003B3C98">
                <w:rPr>
                  <w:rStyle w:val="Kpr"/>
                  <w:rFonts w:ascii="ISNAD Font" w:hAnsi="ISNAD Font" w:cs="ISNAD Font"/>
                  <w:b/>
                  <w:bCs/>
                  <w:sz w:val="28"/>
                  <w:szCs w:val="28"/>
                </w:rPr>
                <w:t>https://live.kampus.ebyu.edu.tr/Session/Invitation/e8771048-7962-45b8-a4ca-6aa0d71edee3</w:t>
              </w:r>
            </w:hyperlink>
            <w:r w:rsidR="005A5296"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A32A0" w:rsidRPr="00D47F66" w14:paraId="4F6A32C4" w14:textId="77777777" w:rsidTr="00AA32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0" w:type="dxa"/>
          </w:tcPr>
          <w:p w14:paraId="057E5D9C" w14:textId="77777777" w:rsidR="00C67442" w:rsidRDefault="00146D44" w:rsidP="00C67442">
            <w:pPr>
              <w:spacing w:line="218" w:lineRule="auto"/>
              <w:rPr>
                <w:rFonts w:ascii="ISNAD Font" w:eastAsia="Arial" w:hAnsi="ISNAD Font" w:cs="ISNAD Font"/>
                <w:b w:val="0"/>
                <w:bCs w:val="0"/>
                <w:color w:val="26354A"/>
                <w:sz w:val="24"/>
                <w:szCs w:val="24"/>
              </w:rPr>
            </w:pPr>
            <w:r w:rsidRPr="00146D44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(11:00–11:15</w:t>
            </w:r>
            <w:r w:rsidR="00C67442" w:rsidRPr="00146D44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)</w:t>
            </w:r>
            <w:r w:rsidR="00C67442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="00C67442" w:rsidRPr="00603BCA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Doç.</w:t>
            </w:r>
            <w:r w:rsidR="00AA32A0" w:rsidRPr="00603BCA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</w:t>
            </w:r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Dr. Osman KARAAĞAÇ </w:t>
            </w:r>
            <w:r w:rsidR="00C67442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A32A0" w:rsidRPr="00603BCA">
              <w:rPr>
                <w:rFonts w:ascii="ISNAD Font" w:eastAsia="Arial" w:hAnsi="ISNAD Font" w:cs="ISNAD Font"/>
                <w:color w:val="4F81BD" w:themeColor="accent1"/>
                <w:sz w:val="20"/>
                <w:szCs w:val="20"/>
              </w:rPr>
              <w:t>Erzincan Binali Yıldırım Üniversitesi</w:t>
            </w:r>
            <w:r w:rsidR="00C67442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</w:p>
          <w:p w14:paraId="38D10C97" w14:textId="737FB637" w:rsidR="00AA32A0" w:rsidRPr="00603BCA" w:rsidRDefault="00AA32A0" w:rsidP="00C67442">
            <w:pPr>
              <w:spacing w:line="218" w:lineRule="auto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Kimlik Arayışı ve Varoluşçuluk</w:t>
            </w:r>
          </w:p>
          <w:p w14:paraId="46DCDBF0" w14:textId="729673FA" w:rsidR="00AA32A0" w:rsidRPr="00D47F66" w:rsidRDefault="00146D44" w:rsidP="005903B4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146D44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(11:15–11:30)</w:t>
            </w:r>
            <w:r w:rsidR="00AA32A0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="00C67442" w:rsidRPr="00603BCA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(</w:t>
            </w:r>
            <w:r w:rsidR="00AA32A0" w:rsidRPr="00603BCA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Doktora</w:t>
            </w:r>
            <w:r w:rsidR="00C67442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)</w:t>
            </w:r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Neslişah BAŞBUĞ </w:t>
            </w:r>
            <w:r w:rsidR="00C67442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A32A0" w:rsidRPr="00C67442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İzmir Dokuz Eylül Üniversitesi</w:t>
            </w:r>
            <w:r w:rsidR="00C67442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  <w:r w:rsidR="00AA32A0" w:rsidRPr="00D47F66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 xml:space="preserve"> </w:t>
            </w:r>
          </w:p>
          <w:p w14:paraId="21EE7349" w14:textId="77777777" w:rsidR="00AA32A0" w:rsidRPr="00D47F66" w:rsidRDefault="00AA32A0" w:rsidP="005903B4">
            <w:pPr>
              <w:spacing w:after="20"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Din Dilinin Günümüz Gençliği Açısından Anlam Üretme İmkânı: Ontolojik-Hermenötik Bir Değerlendirme</w:t>
            </w:r>
          </w:p>
          <w:p w14:paraId="53C97CFA" w14:textId="4283F0E5" w:rsidR="00AA32A0" w:rsidRPr="00D47F66" w:rsidRDefault="00103D22" w:rsidP="005903B4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103D22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(11:30–11:45</w:t>
            </w:r>
            <w:r w:rsidR="00DB4EF3" w:rsidRPr="00103D22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)</w:t>
            </w:r>
            <w:r w:rsidR="00DB4EF3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="00DB4EF3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Prof.</w:t>
            </w:r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Dr. İbrahim BOR </w:t>
            </w:r>
            <w:r w:rsidR="00DB4EF3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proofErr w:type="gramStart"/>
            <w:r w:rsidR="00AA32A0" w:rsidRPr="00DB4EF3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Hakkari</w:t>
            </w:r>
            <w:proofErr w:type="gramEnd"/>
            <w:r w:rsidR="00AA32A0" w:rsidRPr="00DB4EF3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 xml:space="preserve"> Üniversitesi</w:t>
            </w:r>
            <w:r w:rsidR="00DB4EF3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  <w:r w:rsidR="00AA32A0" w:rsidRPr="00D47F66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 xml:space="preserve"> </w:t>
            </w:r>
          </w:p>
          <w:p w14:paraId="6C6E2C33" w14:textId="77777777" w:rsidR="00AA32A0" w:rsidRPr="00D47F66" w:rsidRDefault="00AA32A0" w:rsidP="005903B4">
            <w:pPr>
              <w:spacing w:after="20" w:line="218" w:lineRule="auto"/>
              <w:rPr>
                <w:rFonts w:ascii="ISNAD Font" w:eastAsia="Arial" w:hAnsi="ISNAD Font" w:cs="ISNAD Font"/>
                <w:b w:val="0"/>
                <w:color w:val="17365D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Din Dilini Yeniden Kurmak: Ölüme Yakın Deneyimlerin (ÖYD) Ruhun Ölümsüzlüğüne Kanıt Olma Gücü ve Gençlikle Kurulan Varoluşsal İletişim</w:t>
            </w:r>
          </w:p>
        </w:tc>
        <w:tc>
          <w:tcPr>
            <w:tcW w:w="12555" w:type="dxa"/>
          </w:tcPr>
          <w:p w14:paraId="0FFE0A50" w14:textId="4DC4D2A4" w:rsidR="00AA32A0" w:rsidRPr="00D47F66" w:rsidRDefault="00146D44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146D44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(11:00–11:15</w:t>
            </w:r>
            <w:r w:rsidR="00DB4EF3" w:rsidRPr="00146D44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DB4EF3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DB4EF3" w:rsidRPr="00B953E9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Öğr.</w:t>
            </w:r>
            <w:r w:rsidR="00AA32A0" w:rsidRPr="00B953E9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AA32A0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Gör. </w:t>
            </w:r>
            <w:r w:rsidR="00DB4EF3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Dr. </w:t>
            </w:r>
            <w:r w:rsidR="00AA32A0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İsmail Hakkı </w:t>
            </w:r>
            <w:r w:rsidR="001C438D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SEZGİN</w:t>
            </w:r>
            <w:r w:rsidR="00AA32A0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DB4EF3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A32A0" w:rsidRPr="00DB4EF3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Erzincan Binali Yıldırım Üniversitesi</w:t>
            </w:r>
            <w:r w:rsidR="00DB4EF3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1FDE6A85" w14:textId="77777777" w:rsidR="00AA32A0" w:rsidRPr="0056092C" w:rsidRDefault="00AA32A0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Geç Osmanlı Döneminde Bir Gencin Anlam Arayışı ve Din Dili: </w:t>
            </w:r>
            <w:proofErr w:type="spellStart"/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Sûfî</w:t>
            </w:r>
            <w:proofErr w:type="spellEnd"/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Bir Bürokrat Olan Aşçı İbrahim Dede’nin Hatıratı Üzerinden Bir İnceleme</w:t>
            </w:r>
          </w:p>
          <w:p w14:paraId="32A9206C" w14:textId="35F3FFE8" w:rsidR="00AA32A0" w:rsidRPr="00D47F66" w:rsidRDefault="00146D44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146D44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(11:15–11:30</w:t>
            </w:r>
            <w:r w:rsidR="00DB4EF3" w:rsidRPr="00146D44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DB4EF3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DB4EF3" w:rsidRPr="00B953E9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Arş.</w:t>
            </w:r>
            <w:r w:rsidR="00AA32A0" w:rsidRPr="00B953E9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AA32A0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Gör. Dr. Emre T</w:t>
            </w:r>
            <w:r w:rsidR="001C438D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OPCUOĞLU </w:t>
            </w:r>
            <w:r w:rsidR="00DB4EF3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A32A0" w:rsidRPr="00DB4EF3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Bayburt Üniversitesi</w:t>
            </w:r>
            <w:r w:rsidR="00DB4EF3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1D4D9A3D" w14:textId="77777777" w:rsidR="00AA32A0" w:rsidRPr="0056092C" w:rsidRDefault="00AA32A0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Fütüvvet Kavramı Bağlamında </w:t>
            </w:r>
            <w:proofErr w:type="spellStart"/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Sûfî</w:t>
            </w:r>
            <w:proofErr w:type="spellEnd"/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Bir Gençliğin İnşası</w:t>
            </w:r>
          </w:p>
          <w:p w14:paraId="101785F5" w14:textId="0BE2EBFE" w:rsidR="00C94BC1" w:rsidRDefault="00103D22" w:rsidP="00C94BC1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</w:pPr>
            <w:r w:rsidRPr="00103D22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(11:30–11:45</w:t>
            </w:r>
            <w:r w:rsidR="00C94BC1" w:rsidRPr="00103D22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C94BC1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C94BC1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Fatma Büşra </w:t>
            </w:r>
            <w:r w:rsidR="001C438D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ÖZDEMİR</w:t>
            </w:r>
            <w:r w:rsidR="00C94BC1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&amp; Dr. Öğr. Üyesi Cengiz </w:t>
            </w:r>
            <w:r w:rsidR="001C438D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ALACA </w:t>
            </w:r>
            <w:r w:rsidR="00C94BC1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C94BC1" w:rsidRPr="00DB4EF3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Artvin Çoruh Üniversitesi</w:t>
            </w:r>
            <w:r w:rsidR="00C94BC1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  <w:r w:rsidR="00C94BC1" w:rsidRPr="00D47F66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 xml:space="preserve"> </w:t>
            </w:r>
          </w:p>
          <w:p w14:paraId="59A2A393" w14:textId="717ABEEC" w:rsidR="00AA32A0" w:rsidRPr="00D47F66" w:rsidRDefault="00C94BC1" w:rsidP="00C94BC1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17365D"/>
                <w:sz w:val="24"/>
                <w:szCs w:val="24"/>
              </w:rPr>
            </w:pPr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Şeffaflık Toplumunda Sahte Özgürlükler: Dijital Dünyanın Trendlerine Karşı Özgürleştirici Bir Din Dili</w:t>
            </w:r>
          </w:p>
        </w:tc>
      </w:tr>
      <w:tr w:rsidR="0018251B" w:rsidRPr="00D47F66" w14:paraId="79C1E83D" w14:textId="77777777" w:rsidTr="00AA32A0">
        <w:trPr>
          <w:trHeight w:val="3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0" w:type="dxa"/>
            <w:shd w:val="clear" w:color="auto" w:fill="DAEEF3" w:themeFill="accent5" w:themeFillTint="33"/>
          </w:tcPr>
          <w:p w14:paraId="0EAE11F5" w14:textId="77777777" w:rsidR="0018251B" w:rsidRDefault="00140D8D" w:rsidP="00AA32A0">
            <w:pPr>
              <w:spacing w:after="20" w:line="223" w:lineRule="auto"/>
              <w:rPr>
                <w:rFonts w:ascii="ISNAD Font" w:eastAsia="Arial" w:hAnsi="ISNAD Font" w:cs="ISNAD Font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AA32A0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 xml:space="preserve">2.1.4. Oturum — Başkan: </w:t>
            </w:r>
            <w:r w:rsidR="00547952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>Dr. Öğr. Üyesi Ayşe Betül DÖNMEZ TEKİN</w:t>
            </w:r>
          </w:p>
          <w:p w14:paraId="2FB2E822" w14:textId="117103F5" w:rsidR="00C8635A" w:rsidRPr="00AA32A0" w:rsidRDefault="00000000" w:rsidP="00AA32A0">
            <w:pPr>
              <w:spacing w:after="20" w:line="223" w:lineRule="auto"/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</w:pPr>
            <w:hyperlink r:id="rId34" w:history="1">
              <w:r w:rsidR="00C8635A" w:rsidRPr="003B3C98">
                <w:rPr>
                  <w:rStyle w:val="Kpr"/>
                  <w:rFonts w:ascii="ISNAD Font" w:hAnsi="ISNAD Font" w:cs="ISNAD Font"/>
                  <w:sz w:val="28"/>
                  <w:szCs w:val="28"/>
                </w:rPr>
                <w:t>https://live.kampus.ebyu.edu.tr/Session/Invitation/632f4cac-d826-415f-b88c-aab216e378da</w:t>
              </w:r>
            </w:hyperlink>
            <w:r w:rsidR="00C8635A"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2555" w:type="dxa"/>
            <w:shd w:val="clear" w:color="auto" w:fill="DAEEF3" w:themeFill="accent5" w:themeFillTint="33"/>
          </w:tcPr>
          <w:p w14:paraId="4A3FD1F7" w14:textId="77777777" w:rsidR="0018251B" w:rsidRDefault="00140D8D" w:rsidP="00AA32A0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</w:pPr>
            <w:r w:rsidRPr="00AA32A0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>2.2.4. Oturum — Başkan: Doç. Dr. Ramazan ÖNAL</w:t>
            </w:r>
          </w:p>
          <w:p w14:paraId="4B6EEE89" w14:textId="587E7F75" w:rsidR="003C63B9" w:rsidRPr="0036278F" w:rsidRDefault="00000000" w:rsidP="00AA32A0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</w:pPr>
            <w:hyperlink r:id="rId35" w:history="1">
              <w:r w:rsidR="0036278F" w:rsidRPr="003B3C98">
                <w:rPr>
                  <w:rStyle w:val="Kpr"/>
                  <w:rFonts w:ascii="ISNAD Font" w:hAnsi="ISNAD Font" w:cs="ISNAD Font"/>
                  <w:b/>
                  <w:bCs/>
                  <w:sz w:val="28"/>
                  <w:szCs w:val="28"/>
                </w:rPr>
                <w:t>https://live.kampus.ebyu.edu.tr/Session/Invitation/a190c809-0d74-4f0b-8878-b9eb792d6cbe</w:t>
              </w:r>
            </w:hyperlink>
            <w:r w:rsidR="0036278F"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A32A0" w:rsidRPr="00D47F66" w14:paraId="1F4B6568" w14:textId="77777777" w:rsidTr="00AA32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0" w:type="dxa"/>
          </w:tcPr>
          <w:p w14:paraId="3F8BD56A" w14:textId="6D96448A" w:rsidR="00AA32A0" w:rsidRPr="00D47F66" w:rsidRDefault="007303CD" w:rsidP="005903B4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(13:00-13:15</w:t>
            </w:r>
            <w:r w:rsidR="00DB4EF3" w:rsidRPr="007303CD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)</w:t>
            </w:r>
            <w:r w:rsidR="00DB4EF3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="0039027C" w:rsidRPr="0039027C">
              <w:rPr>
                <w:rFonts w:ascii="ISNAD Font" w:eastAsia="Arial" w:hAnsi="ISNAD Font" w:cs="ISNAD Font"/>
                <w:color w:val="auto"/>
                <w:sz w:val="24"/>
                <w:szCs w:val="24"/>
              </w:rPr>
              <w:t xml:space="preserve">(Y.L.) </w:t>
            </w:r>
            <w:r w:rsidR="00DB4EF3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Seçil</w:t>
            </w:r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Aşcı</w:t>
            </w:r>
            <w:proofErr w:type="spellEnd"/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&amp; Doç. Dr. Osman </w:t>
            </w:r>
            <w:r w:rsidR="001C438D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KARAAĞAÇ </w:t>
            </w:r>
            <w:r w:rsidR="00DB4EF3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A32A0" w:rsidRPr="00DB4EF3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Erzincan Binali Yıldırım Üniversitesi</w:t>
            </w:r>
            <w:r w:rsidR="00DB4EF3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  <w:r w:rsidR="00AA32A0" w:rsidRPr="00D47F66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 xml:space="preserve"> </w:t>
            </w:r>
          </w:p>
          <w:p w14:paraId="72871746" w14:textId="77777777" w:rsidR="00AA32A0" w:rsidRPr="00D47F66" w:rsidRDefault="00AA32A0" w:rsidP="005903B4">
            <w:pPr>
              <w:spacing w:after="20"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Kierkegaard'ın Modernite Eleştirisi Bağlamında Din Dilinin </w:t>
            </w:r>
            <w:proofErr w:type="spellStart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Ruhsuzlaşması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ve Anlam Arayışı</w:t>
            </w:r>
          </w:p>
          <w:p w14:paraId="4394DB7B" w14:textId="32196EDB" w:rsidR="00AA32A0" w:rsidRPr="00D47F66" w:rsidRDefault="007303CD" w:rsidP="005903B4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(13:15-13:30</w:t>
            </w:r>
            <w:r w:rsidR="00DB4EF3" w:rsidRPr="007303CD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)</w:t>
            </w:r>
            <w:r w:rsidR="00DB4EF3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="00DB4EF3" w:rsidRPr="00603BCA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(</w:t>
            </w:r>
            <w:r w:rsidR="00DB4EF3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Doktora) Zeynep</w:t>
            </w:r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</w:t>
            </w:r>
            <w:r w:rsidR="001C438D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KARAKELLE</w:t>
            </w:r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</w:t>
            </w:r>
            <w:r w:rsidR="00DB4EF3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A32A0" w:rsidRPr="00DB4EF3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Erzincan Binali Yıldırım Üniversitesi</w:t>
            </w:r>
            <w:r w:rsidR="00DB4EF3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  <w:r w:rsidR="00AA32A0" w:rsidRPr="00D47F66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 xml:space="preserve"> </w:t>
            </w:r>
          </w:p>
          <w:p w14:paraId="40B4CBAF" w14:textId="77777777" w:rsidR="00AA32A0" w:rsidRPr="00387795" w:rsidRDefault="00AA32A0" w:rsidP="005903B4">
            <w:pPr>
              <w:spacing w:after="20" w:line="218" w:lineRule="auto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Susarak İnanmak: Gençlik, Dilin Sınırları ve “Mistik Olanın” Arayışı</w:t>
            </w:r>
          </w:p>
          <w:p w14:paraId="72F6D5C8" w14:textId="4008E058" w:rsidR="00AA32A0" w:rsidRPr="00D47F66" w:rsidRDefault="00217BFF" w:rsidP="005903B4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(13:30-13:45</w:t>
            </w:r>
            <w:r w:rsidR="00DB4EF3" w:rsidRPr="00217BFF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)</w:t>
            </w:r>
            <w:r w:rsidR="00DB4EF3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="00DB4EF3" w:rsidRPr="00603BCA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Doç.</w:t>
            </w:r>
            <w:r w:rsidR="00AA32A0" w:rsidRPr="00603BCA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Dr. </w:t>
            </w:r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Muhammet Caner </w:t>
            </w:r>
            <w:r w:rsidR="001C438D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ILGAROĞLU </w:t>
            </w:r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&amp; Mehmet Fatih </w:t>
            </w:r>
            <w:r w:rsidR="001C438D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TEKİN</w:t>
            </w:r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</w:t>
            </w:r>
            <w:r w:rsidR="00DB4EF3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A32A0" w:rsidRPr="00DB4EF3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Ege Üniversitesi</w:t>
            </w:r>
            <w:r w:rsidR="00DB4EF3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 xml:space="preserve">) </w:t>
            </w:r>
          </w:p>
          <w:p w14:paraId="6A9A5C84" w14:textId="30B23F7E" w:rsidR="00AA32A0" w:rsidRPr="00D47F66" w:rsidRDefault="00DB4EF3" w:rsidP="005903B4">
            <w:pPr>
              <w:spacing w:after="20" w:line="218" w:lineRule="auto"/>
              <w:rPr>
                <w:rFonts w:ascii="ISNAD Font" w:eastAsia="Arial" w:hAnsi="ISNAD Font" w:cs="ISNAD Font"/>
                <w:b w:val="0"/>
                <w:color w:val="17365D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Ludwig</w:t>
            </w:r>
            <w:r w:rsidR="00AA32A0"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Wittgenstein</w:t>
            </w:r>
            <w:r w:rsidR="00AA32A0"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Düşüncesinde Teolojik Dil</w:t>
            </w:r>
          </w:p>
        </w:tc>
        <w:tc>
          <w:tcPr>
            <w:tcW w:w="12555" w:type="dxa"/>
          </w:tcPr>
          <w:p w14:paraId="554B19BC" w14:textId="48937E3D" w:rsidR="00AA32A0" w:rsidRPr="00D47F66" w:rsidRDefault="007303CD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(13:00-13:15)</w:t>
            </w:r>
            <w:r w:rsidR="00AA32A0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6614B5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(Y.L.) </w:t>
            </w:r>
            <w:r w:rsidR="00AA32A0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Emre </w:t>
            </w:r>
            <w:r w:rsidR="001C438D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KARAAĞAÇ </w:t>
            </w:r>
            <w:r w:rsidR="00AA32A0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&amp; </w:t>
            </w:r>
            <w:r w:rsidR="006614B5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(Doktora) </w:t>
            </w:r>
            <w:r w:rsidR="00AA32A0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Yusuf </w:t>
            </w:r>
            <w:r w:rsidR="001C438D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KAYA </w:t>
            </w:r>
            <w:r w:rsidR="00C94BC1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A32A0" w:rsidRPr="00C94BC1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Trabzon Üniversitesi</w:t>
            </w:r>
            <w:r w:rsidR="00C94BC1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3D27246D" w14:textId="4FA30FE4" w:rsidR="00AA32A0" w:rsidRPr="0056092C" w:rsidRDefault="00AA32A0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Hz. Peygamber'in Gençlik İletişiminde Kullandığı Söyl</w:t>
            </w:r>
            <w:r w:rsidR="00B953E9"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em</w:t>
            </w:r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ve Hitap Stratejileri</w:t>
            </w:r>
          </w:p>
          <w:p w14:paraId="26E425D3" w14:textId="09E55E74" w:rsidR="00C94BC1" w:rsidRDefault="007303CD" w:rsidP="00C94BC1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</w:pPr>
            <w:r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(13:15-13:30</w:t>
            </w:r>
            <w:r w:rsidR="00C94BC1" w:rsidRPr="007303CD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C94BC1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C94BC1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Dr.</w:t>
            </w:r>
            <w:r w:rsidR="00AA32A0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Öğr. Üyesi Nihat </w:t>
            </w:r>
            <w:r w:rsidR="001C438D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FIRAT</w:t>
            </w:r>
            <w:r w:rsidR="00AA32A0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94BC1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A32A0" w:rsidRPr="00C94BC1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Erzincan Binali Yıldırım Üniversitesi</w:t>
            </w:r>
            <w:r w:rsidR="00C94BC1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  <w:r w:rsidR="00AA32A0" w:rsidRPr="00D47F66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 xml:space="preserve"> </w:t>
            </w:r>
          </w:p>
          <w:p w14:paraId="10C9FCCD" w14:textId="399BBE66" w:rsidR="00AA32A0" w:rsidRPr="0056092C" w:rsidRDefault="00AA32A0" w:rsidP="00C94BC1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Aile Otoritesi ile Dinî Aidiyet Arasında Genç Bir </w:t>
            </w:r>
            <w:proofErr w:type="spellStart"/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Sahâbî</w:t>
            </w:r>
            <w:proofErr w:type="spellEnd"/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: Abdullah b. Süheyl Örneğinde Dinî Kimliğin Korunması</w:t>
            </w:r>
          </w:p>
          <w:p w14:paraId="44E345D8" w14:textId="177DBA66" w:rsidR="00C94BC1" w:rsidRDefault="00217BFF" w:rsidP="00C94BC1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(13:30-13:45</w:t>
            </w:r>
            <w:r w:rsidR="00C94BC1"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C94BC1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C94BC1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Arş.</w:t>
            </w:r>
            <w:r w:rsidR="00AA32A0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Gör. Selim ÖZDEMİR </w:t>
            </w:r>
            <w:r w:rsidR="00C94BC1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A32A0" w:rsidRPr="00C94BC1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Recep Tayyip Erdoğan Üniversitesi</w:t>
            </w:r>
            <w:r w:rsidR="00C94BC1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  <w:r w:rsidR="00AA32A0" w:rsidRPr="00D47F66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 xml:space="preserve"> </w:t>
            </w:r>
          </w:p>
          <w:p w14:paraId="3EDC2A31" w14:textId="246B5687" w:rsidR="00AA32A0" w:rsidRPr="00D47F66" w:rsidRDefault="00AA32A0" w:rsidP="00C94BC1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17365D"/>
                <w:sz w:val="24"/>
                <w:szCs w:val="24"/>
              </w:rPr>
            </w:pPr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Din Dili Bağlamında Hz. Peygamber’in Gençlerle İletişim Metodu: Şefkat ve İkna</w:t>
            </w:r>
          </w:p>
        </w:tc>
      </w:tr>
      <w:tr w:rsidR="0018251B" w:rsidRPr="00D47F66" w14:paraId="0073BAF7" w14:textId="77777777" w:rsidTr="00AA32A0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0" w:type="dxa"/>
            <w:shd w:val="clear" w:color="auto" w:fill="DAEEF3" w:themeFill="accent5" w:themeFillTint="33"/>
          </w:tcPr>
          <w:p w14:paraId="7A234150" w14:textId="77777777" w:rsidR="0018251B" w:rsidRDefault="00140D8D" w:rsidP="00AA32A0">
            <w:pPr>
              <w:spacing w:after="20" w:line="223" w:lineRule="auto"/>
              <w:rPr>
                <w:rFonts w:ascii="ISNAD Font" w:eastAsia="Arial" w:hAnsi="ISNAD Font" w:cs="ISNAD Font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AA32A0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>2.1.5. Oturum — Başkan: Dr. Öğr. Üyesi. İzzet GÜLAÇAR</w:t>
            </w:r>
          </w:p>
          <w:p w14:paraId="08AA44A8" w14:textId="167F4FDD" w:rsidR="0036278F" w:rsidRPr="00AA32A0" w:rsidRDefault="00000000" w:rsidP="00AA32A0">
            <w:pPr>
              <w:spacing w:after="20" w:line="223" w:lineRule="auto"/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</w:pPr>
            <w:hyperlink r:id="rId36" w:history="1">
              <w:r w:rsidR="00766561" w:rsidRPr="003B3C98">
                <w:rPr>
                  <w:rStyle w:val="Kpr"/>
                  <w:rFonts w:ascii="ISNAD Font" w:hAnsi="ISNAD Font" w:cs="ISNAD Font"/>
                  <w:sz w:val="28"/>
                  <w:szCs w:val="28"/>
                </w:rPr>
                <w:t>https://live.kampus.ebyu.edu.tr/Session/Invitation/c4e100d2-4c0f-4fb4-b983-451d81ba2ec0</w:t>
              </w:r>
            </w:hyperlink>
            <w:r w:rsidR="00766561"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2555" w:type="dxa"/>
            <w:shd w:val="clear" w:color="auto" w:fill="DAEEF3" w:themeFill="accent5" w:themeFillTint="33"/>
          </w:tcPr>
          <w:p w14:paraId="07416258" w14:textId="77777777" w:rsidR="0018251B" w:rsidRDefault="00140D8D" w:rsidP="00AA32A0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</w:pPr>
            <w:r w:rsidRPr="00AA32A0">
              <w:rPr>
                <w:rFonts w:ascii="ISNAD Font" w:eastAsia="Arial" w:hAnsi="ISNAD Font" w:cs="ISNAD Font"/>
                <w:b/>
                <w:color w:val="000000" w:themeColor="text1"/>
                <w:sz w:val="28"/>
                <w:szCs w:val="28"/>
              </w:rPr>
              <w:t>2.2.5. Oturum — Başkan: Dr. Öğr. Üyesi Nihat FIRAT</w:t>
            </w:r>
          </w:p>
          <w:p w14:paraId="2E8A0878" w14:textId="2A961A4F" w:rsidR="00766561" w:rsidRPr="00E0228F" w:rsidRDefault="00000000" w:rsidP="00AA32A0">
            <w:pPr>
              <w:spacing w:after="20" w:line="22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</w:pPr>
            <w:hyperlink r:id="rId37" w:history="1">
              <w:r w:rsidR="00E0228F" w:rsidRPr="00E0228F">
                <w:rPr>
                  <w:rStyle w:val="Kpr"/>
                  <w:rFonts w:ascii="ISNAD Font" w:hAnsi="ISNAD Font" w:cs="ISNAD Font"/>
                  <w:b/>
                  <w:bCs/>
                  <w:sz w:val="28"/>
                  <w:szCs w:val="28"/>
                </w:rPr>
                <w:t>https://live.kampus.ebyu.edu.tr/Session/Invitation/69a1bca6-49ee-41e2-b86b-fd555c329c5e</w:t>
              </w:r>
            </w:hyperlink>
            <w:r w:rsidR="00E0228F" w:rsidRPr="00E0228F"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A32A0" w:rsidRPr="00D47F66" w14:paraId="2F19A1D3" w14:textId="77777777" w:rsidTr="00AA32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0" w:type="dxa"/>
          </w:tcPr>
          <w:p w14:paraId="1A1F33EE" w14:textId="4EF0C4BA" w:rsidR="00AA32A0" w:rsidRPr="00D47F66" w:rsidRDefault="00217BFF" w:rsidP="005903B4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(14:00-14:15</w:t>
            </w:r>
            <w:r w:rsidR="00DB4EF3" w:rsidRPr="00603BCA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) Doç</w:t>
            </w:r>
            <w:r w:rsidR="00DB4EF3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.</w:t>
            </w:r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Dr. İbrahim AKSU </w:t>
            </w:r>
            <w:r w:rsidR="00DB4EF3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A32A0" w:rsidRPr="00DB4EF3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Erzincan Binali Yıldırım Üniversitesi</w:t>
            </w:r>
            <w:r w:rsidR="00DB4EF3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  <w:r w:rsidR="00AA32A0" w:rsidRPr="00D47F66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 xml:space="preserve"> </w:t>
            </w:r>
          </w:p>
          <w:p w14:paraId="3A17FA5E" w14:textId="77777777" w:rsidR="00AA32A0" w:rsidRPr="00387795" w:rsidRDefault="00AA32A0" w:rsidP="005903B4">
            <w:pPr>
              <w:spacing w:after="20" w:line="218" w:lineRule="auto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Klasik Saadet Kavramının Günümüz Gençliği İçin Sunduğu İmkanlar Üzerine Karşılaştırmalı ve Yorumlayıcı Bir İnceleme</w:t>
            </w:r>
          </w:p>
          <w:p w14:paraId="44ECB7DF" w14:textId="45CA964F" w:rsidR="00AA32A0" w:rsidRPr="00D47F66" w:rsidRDefault="00217BFF" w:rsidP="005903B4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(14:15-14:30</w:t>
            </w:r>
            <w:r w:rsidR="00DB4EF3" w:rsidRPr="00217BFF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)</w:t>
            </w:r>
            <w:r w:rsidR="00DB4EF3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="00DB4EF3" w:rsidRPr="00603BCA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Dr</w:t>
            </w:r>
            <w:r w:rsidR="00DB4EF3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.</w:t>
            </w:r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Semra </w:t>
            </w:r>
            <w:r w:rsidR="001C438D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KIZILARSLAN </w:t>
            </w:r>
          </w:p>
          <w:p w14:paraId="4856CA0A" w14:textId="77777777" w:rsidR="00AA32A0" w:rsidRPr="00387795" w:rsidRDefault="00AA32A0" w:rsidP="005903B4">
            <w:pPr>
              <w:spacing w:after="20" w:line="218" w:lineRule="auto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Hay b. </w:t>
            </w:r>
            <w:proofErr w:type="spellStart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Yakzân’da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Nefsin Yetkinleşmesi: Gençlik Psikolojisi Açısından Felsefî Bir Okuma</w:t>
            </w:r>
          </w:p>
          <w:p w14:paraId="4491CE47" w14:textId="66267D5C" w:rsidR="00AA32A0" w:rsidRPr="00D47F66" w:rsidRDefault="00217BFF" w:rsidP="005903B4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(14:30–14:45</w:t>
            </w:r>
            <w:r w:rsidR="00DB4EF3" w:rsidRPr="00217BFF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)</w:t>
            </w:r>
            <w:r w:rsidR="00DB4EF3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="00DB4EF3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Dr.</w:t>
            </w:r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Öğr. Üyesi Suat </w:t>
            </w:r>
            <w:r w:rsidR="001C438D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ÇELİKKOL</w:t>
            </w:r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</w:t>
            </w:r>
            <w:r w:rsidR="00DB4EF3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A32A0" w:rsidRPr="00DB4EF3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Erzincan Binali Yıldırım Üniversitesi</w:t>
            </w:r>
            <w:r w:rsidR="00DB4EF3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  <w:r w:rsidR="00AA32A0" w:rsidRPr="00D47F66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 xml:space="preserve"> </w:t>
            </w:r>
          </w:p>
          <w:p w14:paraId="5BB2AC5E" w14:textId="77777777" w:rsidR="00AA32A0" w:rsidRPr="00D47F66" w:rsidRDefault="00AA32A0" w:rsidP="005903B4">
            <w:pPr>
              <w:spacing w:after="20" w:line="218" w:lineRule="auto"/>
              <w:rPr>
                <w:rFonts w:ascii="ISNAD Font" w:eastAsia="Arial" w:hAnsi="ISNAD Font" w:cs="ISNAD Font"/>
                <w:b w:val="0"/>
                <w:color w:val="17365D"/>
                <w:sz w:val="24"/>
                <w:szCs w:val="24"/>
              </w:rPr>
            </w:pPr>
            <w:proofErr w:type="spellStart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Fârâbî'de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Din Dilinin İnşa Edici İşlevi: </w:t>
            </w:r>
            <w:proofErr w:type="spellStart"/>
            <w:r w:rsidRPr="00387795">
              <w:rPr>
                <w:rFonts w:ascii="ISNAD Font" w:eastAsia="Arial" w:hAnsi="ISNAD Font" w:cs="ISNAD Font"/>
                <w:b w:val="0"/>
                <w:i/>
                <w:iCs/>
                <w:color w:val="000000" w:themeColor="text1"/>
                <w:sz w:val="24"/>
                <w:szCs w:val="24"/>
              </w:rPr>
              <w:t>Kitâbü'l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i/>
                <w:iCs/>
                <w:color w:val="000000" w:themeColor="text1"/>
                <w:sz w:val="24"/>
                <w:szCs w:val="24"/>
              </w:rPr>
              <w:t>-Mille</w:t>
            </w: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Bağlamında Gençliğin Ahlâkî İnşası</w:t>
            </w:r>
          </w:p>
        </w:tc>
        <w:tc>
          <w:tcPr>
            <w:tcW w:w="12555" w:type="dxa"/>
          </w:tcPr>
          <w:p w14:paraId="410F351A" w14:textId="64BE2FFA" w:rsidR="00AA32A0" w:rsidRPr="00D47F66" w:rsidRDefault="00217BFF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(14:00-14:15</w:t>
            </w:r>
            <w:r w:rsidR="00C94BC1"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C94BC1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C94BC1" w:rsidRPr="00B953E9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Dr</w:t>
            </w:r>
            <w:r w:rsidR="00C94BC1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.</w:t>
            </w:r>
            <w:r w:rsidR="00AA32A0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Nilgün </w:t>
            </w:r>
            <w:r w:rsidR="001C438D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ÇEVİK </w:t>
            </w:r>
            <w:r w:rsidR="00C94BC1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A32A0" w:rsidRPr="00C94BC1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Diyanet İşleri Başkanlığı</w:t>
            </w:r>
            <w:r w:rsidR="00C94BC1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</w:p>
          <w:p w14:paraId="7F74F9B0" w14:textId="77777777" w:rsidR="00AA32A0" w:rsidRPr="0056092C" w:rsidRDefault="00AA32A0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Kâbe'nin Sembolik Dilinin Günümüz Gençliğine Aktarımında Yeni Yaklaşımlar</w:t>
            </w:r>
          </w:p>
          <w:p w14:paraId="459BCD92" w14:textId="7E165FCA" w:rsidR="00AA32A0" w:rsidRPr="00D47F66" w:rsidRDefault="00217BFF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(14:15-14:30</w:t>
            </w:r>
            <w:r w:rsidR="00C94BC1"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C94BC1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</w:t>
            </w:r>
            <w:r w:rsidR="00C94BC1" w:rsidRPr="00B953E9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Dr</w:t>
            </w:r>
            <w:r w:rsidR="00C94BC1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.</w:t>
            </w:r>
            <w:r w:rsidR="00AA32A0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Öğr. Gör. </w:t>
            </w:r>
            <w:proofErr w:type="gramStart"/>
            <w:r w:rsidR="00AA32A0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Adem</w:t>
            </w:r>
            <w:proofErr w:type="gramEnd"/>
            <w:r w:rsidR="00AA32A0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ÇETİN </w:t>
            </w:r>
            <w:r w:rsidR="00C94BC1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A32A0" w:rsidRPr="00C94BC1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Ankara Üniversitesi</w:t>
            </w:r>
            <w:r w:rsidR="00C94BC1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  <w:r w:rsidR="00AA32A0" w:rsidRPr="00D47F66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 xml:space="preserve"> </w:t>
            </w:r>
          </w:p>
          <w:p w14:paraId="052A44F7" w14:textId="77777777" w:rsidR="00AA32A0" w:rsidRPr="0056092C" w:rsidRDefault="00AA32A0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Görsel Kültür Çağında Din Dili ve Gençlerle İletişimde İslam Sanatı ve Mimarisinin İmkânları</w:t>
            </w:r>
          </w:p>
          <w:p w14:paraId="41A472ED" w14:textId="4AC240A4" w:rsidR="00AA32A0" w:rsidRPr="00D47F66" w:rsidRDefault="00217BFF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(14:30–14:45</w:t>
            </w:r>
            <w:proofErr w:type="gramStart"/>
            <w:r w:rsidRPr="00217BFF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>)</w:t>
            </w:r>
            <w:r w:rsidR="00AA32A0" w:rsidRPr="00D47F66">
              <w:rPr>
                <w:rFonts w:ascii="ISNAD Font" w:eastAsia="Arial" w:hAnsi="ISNAD Font" w:cs="ISNAD Font"/>
                <w:b/>
                <w:color w:val="1F4E79"/>
                <w:sz w:val="24"/>
                <w:szCs w:val="24"/>
              </w:rPr>
              <w:t xml:space="preserve">  </w:t>
            </w:r>
            <w:r w:rsidR="00C94BC1" w:rsidRPr="00B953E9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(</w:t>
            </w:r>
            <w:proofErr w:type="gramEnd"/>
            <w:r w:rsidR="00AA32A0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Doktora</w:t>
            </w:r>
            <w:r w:rsidR="00C94BC1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)</w:t>
            </w:r>
            <w:r w:rsidR="00AA32A0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Birol </w:t>
            </w:r>
            <w:r w:rsidR="001C438D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>ÇINAR</w:t>
            </w:r>
            <w:r w:rsidR="00AA32A0" w:rsidRPr="00707FA1">
              <w:rPr>
                <w:rFonts w:ascii="ISNAD Font" w:eastAsia="Arial" w:hAnsi="ISNAD Font" w:cs="ISNAD Font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94BC1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(</w:t>
            </w:r>
            <w:r w:rsidR="00AA32A0" w:rsidRPr="00C94BC1">
              <w:rPr>
                <w:rFonts w:ascii="ISNAD Font" w:eastAsia="Arial" w:hAnsi="ISNAD Font" w:cs="ISNAD Font"/>
                <w:b/>
                <w:color w:val="548DD4" w:themeColor="text2" w:themeTint="99"/>
                <w:sz w:val="20"/>
                <w:szCs w:val="20"/>
              </w:rPr>
              <w:t>Mimar Sinan Güzel Sanatlar Üniversitesi</w:t>
            </w:r>
            <w:r w:rsidR="00C94BC1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>)</w:t>
            </w:r>
            <w:r w:rsidR="00AA32A0" w:rsidRPr="00D47F66">
              <w:rPr>
                <w:rFonts w:ascii="ISNAD Font" w:eastAsia="Arial" w:hAnsi="ISNAD Font" w:cs="ISNAD Font"/>
                <w:b/>
                <w:color w:val="26354A"/>
                <w:sz w:val="24"/>
                <w:szCs w:val="24"/>
              </w:rPr>
              <w:t xml:space="preserve"> </w:t>
            </w:r>
          </w:p>
          <w:p w14:paraId="708B67CA" w14:textId="77777777" w:rsidR="00AA32A0" w:rsidRPr="00D47F66" w:rsidRDefault="00AA32A0" w:rsidP="00AA32A0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color w:val="17365D"/>
                <w:sz w:val="24"/>
                <w:szCs w:val="24"/>
              </w:rPr>
            </w:pPr>
            <w:r w:rsidRPr="0056092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Genç Kuşaklarda Dua Dilinin Dönüşümü: Geleneksel Halk İnançlarından Bireysel Maneviyat Anlayışına</w:t>
            </w:r>
          </w:p>
        </w:tc>
      </w:tr>
      <w:tr w:rsidR="0018251B" w:rsidRPr="00D47F66" w14:paraId="50BB8758" w14:textId="77777777" w:rsidTr="00AA32A0">
        <w:trPr>
          <w:trHeight w:val="2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0" w:type="dxa"/>
            <w:shd w:val="clear" w:color="auto" w:fill="DAEEF3" w:themeFill="accent5" w:themeFillTint="33"/>
          </w:tcPr>
          <w:p w14:paraId="696D7358" w14:textId="77777777" w:rsidR="0018251B" w:rsidRDefault="00140D8D" w:rsidP="00AA32A0">
            <w:pPr>
              <w:spacing w:after="20" w:line="223" w:lineRule="auto"/>
              <w:rPr>
                <w:rFonts w:ascii="ISNAD Font" w:eastAsia="Arial" w:hAnsi="ISNAD Font" w:cs="ISNAD Font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AA32A0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>2.1.6. Oturum —</w:t>
            </w:r>
            <w:r w:rsidR="00AA32A0" w:rsidRPr="00AA32A0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 xml:space="preserve"> </w:t>
            </w:r>
            <w:r w:rsidRPr="00AA32A0">
              <w:rPr>
                <w:rFonts w:ascii="ISNAD Font" w:eastAsia="Arial" w:hAnsi="ISNAD Font" w:cs="ISNAD Font"/>
                <w:color w:val="000000" w:themeColor="text1"/>
                <w:sz w:val="28"/>
                <w:szCs w:val="28"/>
              </w:rPr>
              <w:t>Başkan: Doç. Dr. Turgut AKYÜZ</w:t>
            </w:r>
          </w:p>
          <w:p w14:paraId="1B6D06DE" w14:textId="2888F010" w:rsidR="00DC21BF" w:rsidRPr="00AA32A0" w:rsidRDefault="00000000" w:rsidP="00AA32A0">
            <w:pPr>
              <w:spacing w:after="20" w:line="223" w:lineRule="auto"/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</w:pPr>
            <w:hyperlink r:id="rId38" w:history="1">
              <w:r w:rsidR="00DC21BF" w:rsidRPr="003B3C98">
                <w:rPr>
                  <w:rStyle w:val="Kpr"/>
                  <w:rFonts w:ascii="ISNAD Font" w:hAnsi="ISNAD Font" w:cs="ISNAD Font"/>
                  <w:sz w:val="28"/>
                  <w:szCs w:val="28"/>
                </w:rPr>
                <w:t>https://live.kampus.ebyu.edu.tr/Session/Invitation/36a8852a-5432-43a0-a406-51334e95b59e</w:t>
              </w:r>
            </w:hyperlink>
            <w:r w:rsidR="00DC21BF">
              <w:rPr>
                <w:rFonts w:ascii="ISNAD Font" w:hAnsi="ISNAD Font" w:cs="ISNAD Font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2555" w:type="dxa"/>
            <w:shd w:val="clear" w:color="auto" w:fill="DAEEF3" w:themeFill="accent5" w:themeFillTint="33"/>
          </w:tcPr>
          <w:p w14:paraId="47638E4B" w14:textId="77777777" w:rsidR="0018251B" w:rsidRDefault="002710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</w:pPr>
            <w:r w:rsidRPr="00271076"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  <w:t xml:space="preserve">2.2.6. Oturum – </w:t>
            </w:r>
            <w:proofErr w:type="gramStart"/>
            <w:r w:rsidRPr="00271076"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  <w:t xml:space="preserve">Başkan: </w:t>
            </w:r>
            <w:r w:rsidR="00345753"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932485"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  <w:t>Dr.</w:t>
            </w:r>
            <w:proofErr w:type="gramEnd"/>
            <w:r w:rsidR="00932485"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  <w:t xml:space="preserve"> Öğr. Üyesi Gülşen SAYIN</w:t>
            </w:r>
          </w:p>
          <w:p w14:paraId="40AD3AF4" w14:textId="44364BF0" w:rsidR="00DC21BF" w:rsidRPr="0027107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</w:pPr>
            <w:hyperlink r:id="rId39" w:history="1">
              <w:r w:rsidR="00A10E40" w:rsidRPr="003B3C98">
                <w:rPr>
                  <w:rStyle w:val="Kpr"/>
                  <w:rFonts w:ascii="ISNAD Font" w:hAnsi="ISNAD Font" w:cs="ISNAD Font"/>
                  <w:b/>
                  <w:bCs/>
                  <w:sz w:val="28"/>
                  <w:szCs w:val="28"/>
                </w:rPr>
                <w:t>https://live.kampus.ebyu.edu.tr/Session/Invitation/a1c02562-6a83-48a7-a28b-c4cabfdd996b</w:t>
              </w:r>
            </w:hyperlink>
            <w:r w:rsidR="00A10E40">
              <w:rPr>
                <w:rFonts w:ascii="ISNAD Font" w:hAnsi="ISNAD Font" w:cs="ISNAD Font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A32A0" w:rsidRPr="00D47F66" w14:paraId="4450FDD6" w14:textId="77777777" w:rsidTr="00AA32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0" w:type="dxa"/>
          </w:tcPr>
          <w:p w14:paraId="56F566F4" w14:textId="4D682A9E" w:rsidR="00AA32A0" w:rsidRPr="00D47F66" w:rsidRDefault="00217BFF" w:rsidP="005903B4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(15:00-15:15</w:t>
            </w:r>
            <w:r w:rsidR="00DB4EF3" w:rsidRPr="00217BFF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)</w:t>
            </w:r>
            <w:r w:rsidR="00DB4EF3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="00DB4EF3" w:rsidRPr="00603BCA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Prof</w:t>
            </w:r>
            <w:r w:rsidR="00DB4EF3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.</w:t>
            </w:r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Dr. </w:t>
            </w:r>
            <w:proofErr w:type="gramStart"/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Kamil</w:t>
            </w:r>
            <w:proofErr w:type="gramEnd"/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</w:t>
            </w:r>
            <w:r w:rsidR="001C438D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KÖMÜRCÜ</w:t>
            </w:r>
            <w:r w:rsidR="00AA32A0" w:rsidRPr="00DD6F5C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</w:t>
            </w:r>
            <w:r w:rsidR="00DB4EF3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A32A0" w:rsidRPr="00DB4EF3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Sivas Cumhuriyet Üniversitesi</w:t>
            </w:r>
            <w:r w:rsidR="00DB4EF3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</w:p>
          <w:p w14:paraId="1F7B9076" w14:textId="77777777" w:rsidR="00AA32A0" w:rsidRPr="00387795" w:rsidRDefault="00AA32A0" w:rsidP="005903B4">
            <w:pPr>
              <w:spacing w:after="20" w:line="218" w:lineRule="auto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Gençlerin Anlam Arayışında Dinî İnanç ve Eleştirel Akıl Arasında Felsefi Danışmanlığın Rolü</w:t>
            </w:r>
          </w:p>
          <w:p w14:paraId="6261AEF8" w14:textId="68D3A7F3" w:rsidR="00AA32A0" w:rsidRPr="00D47F66" w:rsidRDefault="00217BFF" w:rsidP="005903B4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(15:15-15:30</w:t>
            </w:r>
            <w:proofErr w:type="gramStart"/>
            <w:r w:rsidRPr="00217BFF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)</w:t>
            </w:r>
            <w:r w:rsidR="00AA32A0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 </w:t>
            </w:r>
            <w:r w:rsidR="00AA32A0" w:rsidRPr="00707FA1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Fatma</w:t>
            </w:r>
            <w:proofErr w:type="gramEnd"/>
            <w:r w:rsidR="00AA32A0" w:rsidRPr="00707FA1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</w:t>
            </w:r>
            <w:r w:rsidR="001C438D" w:rsidRPr="00707FA1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ERKAL </w:t>
            </w:r>
            <w:r w:rsidR="00DB4EF3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603BCA" w:rsidRPr="00DB4EF3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Millî</w:t>
            </w:r>
            <w:r w:rsidR="00DB4EF3" w:rsidRPr="00DB4EF3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 xml:space="preserve"> Eğitim Bakanlığı</w:t>
            </w:r>
            <w:r w:rsidR="00DB4EF3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</w:p>
          <w:p w14:paraId="58825176" w14:textId="77777777" w:rsidR="00AA32A0" w:rsidRPr="00387795" w:rsidRDefault="00AA32A0" w:rsidP="005903B4">
            <w:pPr>
              <w:spacing w:after="20" w:line="218" w:lineRule="auto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Din Dili ve Matematik: Sonsuzluk Örneği</w:t>
            </w:r>
          </w:p>
          <w:p w14:paraId="1A7BEEE4" w14:textId="67C7BD17" w:rsidR="00AA32A0" w:rsidRPr="00D47F66" w:rsidRDefault="00217BFF" w:rsidP="005903B4">
            <w:pPr>
              <w:spacing w:line="218" w:lineRule="auto"/>
              <w:rPr>
                <w:rFonts w:ascii="ISNAD Font" w:hAnsi="ISNAD Font" w:cs="ISNAD Font"/>
                <w:sz w:val="24"/>
                <w:szCs w:val="24"/>
              </w:rPr>
            </w:pPr>
            <w:r w:rsidRPr="00217BFF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(15:30-15:45</w:t>
            </w:r>
            <w:proofErr w:type="gramStart"/>
            <w:r w:rsidRPr="00217BFF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>)</w:t>
            </w:r>
            <w:r w:rsidR="00AA32A0"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 </w:t>
            </w:r>
            <w:r w:rsidR="00AA32A0" w:rsidRPr="00707FA1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Dr.</w:t>
            </w:r>
            <w:proofErr w:type="gramEnd"/>
            <w:r w:rsidR="00AA32A0" w:rsidRPr="00707FA1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 xml:space="preserve"> Öğr. Üyesi Erdoğan DEMİR </w:t>
            </w:r>
            <w:r w:rsidR="00DB4EF3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(</w:t>
            </w:r>
            <w:r w:rsidR="00AA32A0" w:rsidRPr="00DB4EF3">
              <w:rPr>
                <w:rFonts w:ascii="ISNAD Font" w:eastAsia="Arial" w:hAnsi="ISNAD Font" w:cs="ISNAD Font"/>
                <w:color w:val="548DD4" w:themeColor="text2" w:themeTint="99"/>
                <w:sz w:val="20"/>
                <w:szCs w:val="20"/>
              </w:rPr>
              <w:t>Hatay Mustafa Kemal Üniversitesi</w:t>
            </w:r>
            <w:r w:rsidR="00DB4EF3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>)</w:t>
            </w:r>
            <w:r w:rsidR="00AA32A0" w:rsidRPr="00D47F66">
              <w:rPr>
                <w:rFonts w:ascii="ISNAD Font" w:eastAsia="Arial" w:hAnsi="ISNAD Font" w:cs="ISNAD Font"/>
                <w:color w:val="26354A"/>
                <w:sz w:val="24"/>
                <w:szCs w:val="24"/>
              </w:rPr>
              <w:t xml:space="preserve"> </w:t>
            </w:r>
          </w:p>
          <w:p w14:paraId="55790C6F" w14:textId="77777777" w:rsidR="00AA32A0" w:rsidRPr="00D47F66" w:rsidRDefault="00AA32A0" w:rsidP="005903B4">
            <w:pPr>
              <w:spacing w:after="20" w:line="218" w:lineRule="auto"/>
              <w:rPr>
                <w:rFonts w:ascii="ISNAD Font" w:eastAsia="Arial" w:hAnsi="ISNAD Font" w:cs="ISNAD Font"/>
                <w:b w:val="0"/>
                <w:color w:val="17365D"/>
                <w:sz w:val="24"/>
                <w:szCs w:val="24"/>
              </w:rPr>
            </w:pPr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İnancın Amelî Lisanı: Taha Abdurrahman Felsefesi Işığında Gençlik, Din Dili ve </w:t>
            </w:r>
            <w:proofErr w:type="spellStart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>Ahlakî</w:t>
            </w:r>
            <w:proofErr w:type="spellEnd"/>
            <w:r w:rsidRPr="00387795">
              <w:rPr>
                <w:rFonts w:ascii="ISNAD Font" w:eastAsia="Arial" w:hAnsi="ISNAD Font" w:cs="ISNAD Font"/>
                <w:b w:val="0"/>
                <w:color w:val="000000" w:themeColor="text1"/>
                <w:sz w:val="24"/>
                <w:szCs w:val="24"/>
              </w:rPr>
              <w:t xml:space="preserve"> Varoluş</w:t>
            </w:r>
          </w:p>
        </w:tc>
        <w:tc>
          <w:tcPr>
            <w:tcW w:w="12555" w:type="dxa"/>
          </w:tcPr>
          <w:p w14:paraId="15D57973" w14:textId="7B32443D" w:rsidR="00271076" w:rsidRPr="00345753" w:rsidRDefault="00271076" w:rsidP="00271076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b/>
                <w:bCs/>
                <w:color w:val="000000" w:themeColor="text1"/>
                <w:sz w:val="20"/>
                <w:szCs w:val="20"/>
              </w:rPr>
            </w:pPr>
            <w:r w:rsidRPr="00271076">
              <w:rPr>
                <w:rFonts w:ascii="ISNAD Font" w:eastAsia="Arial" w:hAnsi="ISNAD Font" w:cs="ISNAD Font"/>
                <w:b/>
                <w:bCs/>
                <w:color w:val="1F4E79"/>
                <w:sz w:val="24"/>
                <w:szCs w:val="24"/>
              </w:rPr>
              <w:t>(15:00-15:15)</w:t>
            </w:r>
            <w:r w:rsidRPr="00D47F66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="00345753" w:rsidRPr="000F52E0">
              <w:rPr>
                <w:rFonts w:ascii="ISNAD Font" w:eastAsia="Arial" w:hAnsi="ISNAD Font" w:cs="ISNAD Font"/>
                <w:b/>
                <w:bCs/>
                <w:color w:val="000000" w:themeColor="text1"/>
                <w:sz w:val="24"/>
                <w:szCs w:val="24"/>
              </w:rPr>
              <w:t xml:space="preserve">Doç. Dr. </w:t>
            </w:r>
            <w:proofErr w:type="spellStart"/>
            <w:r w:rsidR="00345753" w:rsidRPr="000F52E0">
              <w:rPr>
                <w:rFonts w:ascii="ISNAD Font" w:eastAsia="Arial" w:hAnsi="ISNAD Font" w:cs="ISNAD Font"/>
                <w:b/>
                <w:bCs/>
                <w:color w:val="000000" w:themeColor="text1"/>
                <w:sz w:val="24"/>
                <w:szCs w:val="24"/>
              </w:rPr>
              <w:t>Abdussamet</w:t>
            </w:r>
            <w:proofErr w:type="spellEnd"/>
            <w:r w:rsidR="00345753" w:rsidRPr="000F52E0">
              <w:rPr>
                <w:rFonts w:ascii="ISNAD Font" w:eastAsia="Arial" w:hAnsi="ISNAD Font" w:cs="ISNAD Font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1C438D" w:rsidRPr="000F52E0">
              <w:rPr>
                <w:rFonts w:ascii="ISNAD Font" w:eastAsia="Arial" w:hAnsi="ISNAD Font" w:cs="ISNAD Font"/>
                <w:b/>
                <w:bCs/>
                <w:color w:val="000000" w:themeColor="text1"/>
                <w:sz w:val="24"/>
                <w:szCs w:val="24"/>
              </w:rPr>
              <w:t>KAYA</w:t>
            </w:r>
            <w:r w:rsidR="00345753" w:rsidRPr="000F52E0">
              <w:rPr>
                <w:rFonts w:ascii="ISNAD Font" w:eastAsia="Arial" w:hAnsi="ISNAD Font" w:cs="ISNAD Font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345753">
              <w:rPr>
                <w:rFonts w:ascii="ISNAD Font" w:eastAsia="Arial" w:hAnsi="ISNAD Font" w:cs="ISNAD Font"/>
                <w:b/>
                <w:bCs/>
                <w:color w:val="000000" w:themeColor="text1"/>
                <w:sz w:val="24"/>
                <w:szCs w:val="24"/>
              </w:rPr>
              <w:t>(</w:t>
            </w:r>
            <w:r w:rsidR="00345753">
              <w:rPr>
                <w:rFonts w:ascii="ISNAD Font" w:eastAsia="Arial" w:hAnsi="ISNAD Font" w:cs="ISNAD Font"/>
                <w:b/>
                <w:bCs/>
                <w:color w:val="4F81BD" w:themeColor="accent1"/>
                <w:sz w:val="20"/>
                <w:szCs w:val="20"/>
              </w:rPr>
              <w:t>Dicle Üniversitesi</w:t>
            </w:r>
            <w:r w:rsidR="00345753" w:rsidRPr="00345753">
              <w:rPr>
                <w:rFonts w:ascii="ISNAD Font" w:eastAsia="Arial" w:hAnsi="ISNAD Font" w:cs="ISNAD Font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  <w:p w14:paraId="39A0DEB6" w14:textId="0194B114" w:rsidR="00271076" w:rsidRPr="00345753" w:rsidRDefault="00345753" w:rsidP="00271076">
            <w:pPr>
              <w:spacing w:after="20"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</w:pPr>
            <w:r>
              <w:rPr>
                <w:rFonts w:ascii="ISNAD Font" w:hAnsi="ISNAD Font" w:cs="ISNAD Font"/>
                <w:color w:val="000000" w:themeColor="text1"/>
                <w:sz w:val="24"/>
                <w:szCs w:val="24"/>
              </w:rPr>
              <w:t>Dinî Sosyalleşmenin İletişimsel Boyutu: Geleneksel Dinî Otoritelerin Gençliğe Yönelik Din Dilinin Sekülerleşme Süreçlerindeki Rolü</w:t>
            </w:r>
          </w:p>
          <w:p w14:paraId="0ED02501" w14:textId="26548B13" w:rsidR="00271076" w:rsidRDefault="00271076" w:rsidP="00271076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eastAsia="Arial" w:hAnsi="ISNAD Font" w:cs="ISNAD Font"/>
                <w:b/>
                <w:bCs/>
                <w:color w:val="000000" w:themeColor="text1"/>
                <w:sz w:val="24"/>
                <w:szCs w:val="24"/>
              </w:rPr>
            </w:pPr>
            <w:r w:rsidRPr="00271076">
              <w:rPr>
                <w:rFonts w:ascii="ISNAD Font" w:eastAsia="Arial" w:hAnsi="ISNAD Font" w:cs="ISNAD Font"/>
                <w:b/>
                <w:bCs/>
                <w:color w:val="1F4E79"/>
                <w:sz w:val="24"/>
                <w:szCs w:val="24"/>
              </w:rPr>
              <w:t xml:space="preserve">(15:15-15:30) </w:t>
            </w:r>
            <w:r w:rsidR="00345753">
              <w:rPr>
                <w:rFonts w:ascii="ISNAD Font" w:eastAsia="Arial" w:hAnsi="ISNAD Font" w:cs="ISNAD Font"/>
                <w:b/>
                <w:bCs/>
                <w:color w:val="000000" w:themeColor="text1"/>
                <w:sz w:val="24"/>
                <w:szCs w:val="24"/>
              </w:rPr>
              <w:t xml:space="preserve">(Y.L.) Büşra </w:t>
            </w:r>
            <w:r w:rsidR="001C438D">
              <w:rPr>
                <w:rFonts w:ascii="ISNAD Font" w:eastAsia="Arial" w:hAnsi="ISNAD Font" w:cs="ISNAD Font"/>
                <w:b/>
                <w:bCs/>
                <w:color w:val="000000" w:themeColor="text1"/>
                <w:sz w:val="24"/>
                <w:szCs w:val="24"/>
              </w:rPr>
              <w:t>ŞİMŞEK</w:t>
            </w:r>
            <w:r w:rsidR="00345753">
              <w:rPr>
                <w:rFonts w:ascii="ISNAD Font" w:eastAsia="Arial" w:hAnsi="ISNAD Font" w:cs="ISNAD Font"/>
                <w:color w:val="1F4E79"/>
                <w:sz w:val="24"/>
                <w:szCs w:val="24"/>
              </w:rPr>
              <w:t xml:space="preserve"> </w:t>
            </w:r>
            <w:r w:rsidR="00345753">
              <w:rPr>
                <w:rFonts w:ascii="ISNAD Font" w:eastAsia="Arial" w:hAnsi="ISNAD Font" w:cs="ISNAD Font"/>
                <w:b/>
                <w:bCs/>
                <w:color w:val="000000" w:themeColor="text1"/>
                <w:sz w:val="24"/>
                <w:szCs w:val="24"/>
              </w:rPr>
              <w:t>&amp; Doç. Dr. Mehmet Zeki G</w:t>
            </w:r>
            <w:r w:rsidR="001C438D">
              <w:rPr>
                <w:rFonts w:ascii="ISNAD Font" w:eastAsia="Arial" w:hAnsi="ISNAD Font" w:cs="ISNAD Font"/>
                <w:b/>
                <w:bCs/>
                <w:color w:val="000000" w:themeColor="text1"/>
                <w:sz w:val="24"/>
                <w:szCs w:val="24"/>
              </w:rPr>
              <w:t>ÖKSU</w:t>
            </w:r>
            <w:r w:rsidR="00345753">
              <w:rPr>
                <w:rFonts w:ascii="ISNAD Font" w:eastAsia="Arial" w:hAnsi="ISNAD Font" w:cs="ISNAD Font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r w:rsidR="00345753">
              <w:rPr>
                <w:rFonts w:ascii="ISNAD Font" w:eastAsia="Arial" w:hAnsi="ISNAD Font" w:cs="ISNAD Font"/>
                <w:b/>
                <w:bCs/>
                <w:color w:val="4F81BD" w:themeColor="accent1"/>
                <w:sz w:val="20"/>
                <w:szCs w:val="20"/>
              </w:rPr>
              <w:t>Erzincan Binali Yıldırım Üniversitesi</w:t>
            </w:r>
            <w:r w:rsidR="00345753">
              <w:rPr>
                <w:rFonts w:ascii="ISNAD Font" w:eastAsia="Arial" w:hAnsi="ISNAD Font" w:cs="ISNAD Font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  <w:p w14:paraId="036D0085" w14:textId="0BC0711F" w:rsidR="00271076" w:rsidRPr="00D47F66" w:rsidRDefault="006D21F3" w:rsidP="00271076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  <w:r w:rsidRPr="006D21F3">
              <w:rPr>
                <w:rFonts w:ascii="ISNAD Font" w:eastAsia="Arial" w:hAnsi="ISNAD Font" w:cs="ISNAD Font"/>
                <w:color w:val="000000" w:themeColor="text1"/>
                <w:sz w:val="24"/>
                <w:szCs w:val="24"/>
              </w:rPr>
              <w:t>İlahiyat Fakültesi Mezunlarının Okul Öncesi Din Eğitimi Yeterliliklerine İlişkin Görüşleri</w:t>
            </w:r>
          </w:p>
          <w:p w14:paraId="622849F0" w14:textId="101C5E42" w:rsidR="00271076" w:rsidRPr="00D47F66" w:rsidRDefault="00271076" w:rsidP="00271076">
            <w:pPr>
              <w:spacing w:line="21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</w:p>
          <w:p w14:paraId="1FDEE056" w14:textId="3AB2FB81" w:rsidR="00AA32A0" w:rsidRPr="00D47F66" w:rsidRDefault="00AA32A0" w:rsidP="002710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SNAD Font" w:hAnsi="ISNAD Font" w:cs="ISNAD Font"/>
                <w:sz w:val="24"/>
                <w:szCs w:val="24"/>
              </w:rPr>
            </w:pPr>
          </w:p>
        </w:tc>
      </w:tr>
    </w:tbl>
    <w:p w14:paraId="4544199A" w14:textId="77777777" w:rsidR="000B3F9F" w:rsidRPr="00D47F66" w:rsidRDefault="000B3F9F">
      <w:pPr>
        <w:rPr>
          <w:rFonts w:ascii="ISNAD Font" w:hAnsi="ISNAD Font" w:cs="ISNAD Font"/>
          <w:sz w:val="24"/>
          <w:szCs w:val="24"/>
        </w:rPr>
      </w:pPr>
    </w:p>
    <w:sectPr w:rsidR="000B3F9F" w:rsidRPr="00D47F66" w:rsidSect="009B3228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31680" w:h="24480" w:orient="landscape" w:code="24"/>
      <w:pgMar w:top="0" w:right="0" w:bottom="0" w:left="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B5025" w14:textId="77777777" w:rsidR="00FF768D" w:rsidRDefault="00FF768D" w:rsidP="00261D1B">
      <w:pPr>
        <w:spacing w:after="0" w:line="240" w:lineRule="auto"/>
      </w:pPr>
      <w:r>
        <w:separator/>
      </w:r>
    </w:p>
  </w:endnote>
  <w:endnote w:type="continuationSeparator" w:id="0">
    <w:p w14:paraId="076F0D50" w14:textId="77777777" w:rsidR="00FF768D" w:rsidRDefault="00FF768D" w:rsidP="00261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ISNAD Font">
    <w:altName w:val="Calibri"/>
    <w:charset w:val="00"/>
    <w:family w:val="auto"/>
    <w:pitch w:val="variable"/>
    <w:sig w:usb0="E00022FF" w:usb1="5200E1FB" w:usb2="02000029" w:usb3="00000000" w:csb0="000001DF" w:csb1="00000000"/>
  </w:font>
  <w:font w:name="Arabic Typesetting">
    <w:panose1 w:val="03020402040406030203"/>
    <w:charset w:val="B2"/>
    <w:family w:val="script"/>
    <w:pitch w:val="variable"/>
    <w:sig w:usb0="80002007" w:usb1="80000000" w:usb2="000000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6C71D" w14:textId="77777777" w:rsidR="00261D1B" w:rsidRDefault="00261D1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12028" w14:textId="77777777" w:rsidR="00261D1B" w:rsidRDefault="00261D1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8BFD9" w14:textId="77777777" w:rsidR="00261D1B" w:rsidRDefault="00261D1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CD2AF" w14:textId="77777777" w:rsidR="00FF768D" w:rsidRDefault="00FF768D" w:rsidP="00261D1B">
      <w:pPr>
        <w:spacing w:after="0" w:line="240" w:lineRule="auto"/>
      </w:pPr>
      <w:r>
        <w:separator/>
      </w:r>
    </w:p>
  </w:footnote>
  <w:footnote w:type="continuationSeparator" w:id="0">
    <w:p w14:paraId="2438DDA0" w14:textId="77777777" w:rsidR="00FF768D" w:rsidRDefault="00FF768D" w:rsidP="00261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EED02" w14:textId="77777777" w:rsidR="00261D1B" w:rsidRDefault="00261D1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A7FBF" w14:textId="77777777" w:rsidR="00261D1B" w:rsidRDefault="00261D1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0E388" w14:textId="77777777" w:rsidR="00261D1B" w:rsidRDefault="00261D1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F67272"/>
    <w:multiLevelType w:val="multilevel"/>
    <w:tmpl w:val="895C240C"/>
    <w:lvl w:ilvl="0">
      <w:start w:val="1"/>
      <w:numFmt w:val="decimal"/>
      <w:lvlText w:val="%1."/>
      <w:lvlJc w:val="left"/>
      <w:pPr>
        <w:ind w:left="708" w:hanging="708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num w:numId="1" w16cid:durableId="110252382">
    <w:abstractNumId w:val="8"/>
  </w:num>
  <w:num w:numId="2" w16cid:durableId="549002446">
    <w:abstractNumId w:val="6"/>
  </w:num>
  <w:num w:numId="3" w16cid:durableId="722217182">
    <w:abstractNumId w:val="5"/>
  </w:num>
  <w:num w:numId="4" w16cid:durableId="554901389">
    <w:abstractNumId w:val="4"/>
  </w:num>
  <w:num w:numId="5" w16cid:durableId="16126267">
    <w:abstractNumId w:val="7"/>
  </w:num>
  <w:num w:numId="6" w16cid:durableId="373238166">
    <w:abstractNumId w:val="3"/>
  </w:num>
  <w:num w:numId="7" w16cid:durableId="1573157139">
    <w:abstractNumId w:val="2"/>
  </w:num>
  <w:num w:numId="8" w16cid:durableId="1598831598">
    <w:abstractNumId w:val="1"/>
  </w:num>
  <w:num w:numId="9" w16cid:durableId="331374392">
    <w:abstractNumId w:val="0"/>
  </w:num>
  <w:num w:numId="10" w16cid:durableId="3545804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01A"/>
    <w:rsid w:val="00031B1F"/>
    <w:rsid w:val="00034616"/>
    <w:rsid w:val="0006063C"/>
    <w:rsid w:val="000760EA"/>
    <w:rsid w:val="000824C6"/>
    <w:rsid w:val="00084907"/>
    <w:rsid w:val="000B3F9F"/>
    <w:rsid w:val="000C73B4"/>
    <w:rsid w:val="000D6419"/>
    <w:rsid w:val="000F52E0"/>
    <w:rsid w:val="00103D22"/>
    <w:rsid w:val="001154FD"/>
    <w:rsid w:val="00115A6C"/>
    <w:rsid w:val="00126CDD"/>
    <w:rsid w:val="00127759"/>
    <w:rsid w:val="00140D8D"/>
    <w:rsid w:val="00146D44"/>
    <w:rsid w:val="0015074B"/>
    <w:rsid w:val="00154851"/>
    <w:rsid w:val="001675A6"/>
    <w:rsid w:val="0018251B"/>
    <w:rsid w:val="001A10EA"/>
    <w:rsid w:val="001C438D"/>
    <w:rsid w:val="001C5110"/>
    <w:rsid w:val="00217BFF"/>
    <w:rsid w:val="00236BAE"/>
    <w:rsid w:val="00261D1B"/>
    <w:rsid w:val="00271076"/>
    <w:rsid w:val="00293A13"/>
    <w:rsid w:val="00294E27"/>
    <w:rsid w:val="0029639D"/>
    <w:rsid w:val="002E1513"/>
    <w:rsid w:val="002E6C3B"/>
    <w:rsid w:val="002F2DDC"/>
    <w:rsid w:val="003071C5"/>
    <w:rsid w:val="00321F30"/>
    <w:rsid w:val="00326F90"/>
    <w:rsid w:val="00345753"/>
    <w:rsid w:val="00357D8E"/>
    <w:rsid w:val="0036278F"/>
    <w:rsid w:val="00372519"/>
    <w:rsid w:val="00387795"/>
    <w:rsid w:val="0039027C"/>
    <w:rsid w:val="003C63B9"/>
    <w:rsid w:val="003D12E7"/>
    <w:rsid w:val="00450084"/>
    <w:rsid w:val="0047657C"/>
    <w:rsid w:val="0049520C"/>
    <w:rsid w:val="004C5540"/>
    <w:rsid w:val="004E0112"/>
    <w:rsid w:val="00547952"/>
    <w:rsid w:val="0056092C"/>
    <w:rsid w:val="005903B4"/>
    <w:rsid w:val="005A5296"/>
    <w:rsid w:val="005B5BF3"/>
    <w:rsid w:val="00602D88"/>
    <w:rsid w:val="00603BCA"/>
    <w:rsid w:val="00610697"/>
    <w:rsid w:val="006614B5"/>
    <w:rsid w:val="006A2C57"/>
    <w:rsid w:val="006B5544"/>
    <w:rsid w:val="006C40E3"/>
    <w:rsid w:val="006D21F3"/>
    <w:rsid w:val="00701D21"/>
    <w:rsid w:val="0070481E"/>
    <w:rsid w:val="00707FA1"/>
    <w:rsid w:val="007303CD"/>
    <w:rsid w:val="007401FC"/>
    <w:rsid w:val="00766561"/>
    <w:rsid w:val="00780CDA"/>
    <w:rsid w:val="00792CF8"/>
    <w:rsid w:val="007E7319"/>
    <w:rsid w:val="0084424E"/>
    <w:rsid w:val="008A09ED"/>
    <w:rsid w:val="008A5C1B"/>
    <w:rsid w:val="008B4539"/>
    <w:rsid w:val="008C3160"/>
    <w:rsid w:val="008D725A"/>
    <w:rsid w:val="009078AC"/>
    <w:rsid w:val="00916617"/>
    <w:rsid w:val="00932485"/>
    <w:rsid w:val="00963FE4"/>
    <w:rsid w:val="009933AD"/>
    <w:rsid w:val="009A68B4"/>
    <w:rsid w:val="009B2E86"/>
    <w:rsid w:val="009B3228"/>
    <w:rsid w:val="009C6C22"/>
    <w:rsid w:val="00A0131A"/>
    <w:rsid w:val="00A10E40"/>
    <w:rsid w:val="00A70BE7"/>
    <w:rsid w:val="00AA1D8D"/>
    <w:rsid w:val="00AA32A0"/>
    <w:rsid w:val="00AD509B"/>
    <w:rsid w:val="00AF3EC1"/>
    <w:rsid w:val="00AF7F16"/>
    <w:rsid w:val="00B067B9"/>
    <w:rsid w:val="00B440CC"/>
    <w:rsid w:val="00B47730"/>
    <w:rsid w:val="00B53E0F"/>
    <w:rsid w:val="00B74DE4"/>
    <w:rsid w:val="00B836CF"/>
    <w:rsid w:val="00B953E9"/>
    <w:rsid w:val="00BD38F5"/>
    <w:rsid w:val="00C00CE4"/>
    <w:rsid w:val="00C02BF7"/>
    <w:rsid w:val="00C13385"/>
    <w:rsid w:val="00C67442"/>
    <w:rsid w:val="00C8635A"/>
    <w:rsid w:val="00C94BC1"/>
    <w:rsid w:val="00CA1272"/>
    <w:rsid w:val="00CA4B0E"/>
    <w:rsid w:val="00CB0664"/>
    <w:rsid w:val="00CB0E95"/>
    <w:rsid w:val="00CD6E89"/>
    <w:rsid w:val="00D07B67"/>
    <w:rsid w:val="00D26FDF"/>
    <w:rsid w:val="00D40139"/>
    <w:rsid w:val="00D47F66"/>
    <w:rsid w:val="00D706B6"/>
    <w:rsid w:val="00D7532B"/>
    <w:rsid w:val="00DB4EF3"/>
    <w:rsid w:val="00DC21BF"/>
    <w:rsid w:val="00DD6F5C"/>
    <w:rsid w:val="00E0228F"/>
    <w:rsid w:val="00E22EB8"/>
    <w:rsid w:val="00E75500"/>
    <w:rsid w:val="00ED620E"/>
    <w:rsid w:val="00F43311"/>
    <w:rsid w:val="00F711AE"/>
    <w:rsid w:val="00F87DA9"/>
    <w:rsid w:val="00FB4E8E"/>
    <w:rsid w:val="00FC23FE"/>
    <w:rsid w:val="00FC693F"/>
    <w:rsid w:val="00FE1546"/>
    <w:rsid w:val="00FE29EB"/>
    <w:rsid w:val="00FF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1C4A58"/>
  <w14:defaultImageDpi w14:val="300"/>
  <w15:docId w15:val="{A5FC33BE-2EBC-4245-83F0-CE435FE4E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lavuzTablo2-Vurgu1">
    <w:name w:val="Grid Table 2 Accent 1"/>
    <w:basedOn w:val="NormalTablo"/>
    <w:uiPriority w:val="47"/>
    <w:rsid w:val="00D47F6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avuzTablo1Ak-Vurgu5">
    <w:name w:val="Grid Table 1 Light Accent 5"/>
    <w:basedOn w:val="NormalTablo"/>
    <w:uiPriority w:val="46"/>
    <w:rsid w:val="005903B4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6-Renkli-Vurgu3">
    <w:name w:val="Grid Table 6 Colorful Accent 3"/>
    <w:basedOn w:val="NormalTablo"/>
    <w:uiPriority w:val="51"/>
    <w:rsid w:val="005903B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avuzTablo6-Renkli-Vurgu5">
    <w:name w:val="Grid Table 6 Colorful Accent 5"/>
    <w:basedOn w:val="NormalTablo"/>
    <w:uiPriority w:val="51"/>
    <w:rsid w:val="005903B4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avuzTablo6Renkli-Vurgu1">
    <w:name w:val="Grid Table 6 Colorful Accent 1"/>
    <w:basedOn w:val="NormalTablo"/>
    <w:uiPriority w:val="51"/>
    <w:rsid w:val="005903B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avuzTablo2-Vurgu4">
    <w:name w:val="Grid Table 2 Accent 4"/>
    <w:basedOn w:val="NormalTablo"/>
    <w:uiPriority w:val="47"/>
    <w:rsid w:val="00AA32A0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character" w:styleId="Kpr">
    <w:name w:val="Hyperlink"/>
    <w:basedOn w:val="VarsaylanParagrafYazTipi"/>
    <w:uiPriority w:val="99"/>
    <w:unhideWhenUsed/>
    <w:rsid w:val="0001101A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1101A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01101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ive.kampus.ebyu.edu.tr/Session/Invitation/71793f39-121a-49a9-8d73-1334f18b5dbc" TargetMode="External"/><Relationship Id="rId18" Type="http://schemas.openxmlformats.org/officeDocument/2006/relationships/hyperlink" Target="https://live.kampus.ebyu.edu.tr/Session/Invitation/854f3c89-30a6-4fea-8229-9abf629abda1" TargetMode="External"/><Relationship Id="rId26" Type="http://schemas.openxmlformats.org/officeDocument/2006/relationships/hyperlink" Target="https://live.kampus.ebyu.edu.tr/Session/Invitation/bc07b412-3208-4c5c-a473-6ecf72b482a6" TargetMode="External"/><Relationship Id="rId39" Type="http://schemas.openxmlformats.org/officeDocument/2006/relationships/hyperlink" Target="https://live.kampus.ebyu.edu.tr/Session/Invitation/a1c02562-6a83-48a7-a28b-c4cabfdd996b" TargetMode="External"/><Relationship Id="rId21" Type="http://schemas.openxmlformats.org/officeDocument/2006/relationships/hyperlink" Target="https://live.kampus.ebyu.edu.tr/Session/Invitation/6b14f631-af82-41c6-b922-81796a76623b" TargetMode="External"/><Relationship Id="rId34" Type="http://schemas.openxmlformats.org/officeDocument/2006/relationships/hyperlink" Target="https://live.kampus.ebyu.edu.tr/Session/Invitation/632f4cac-d826-415f-b88c-aab216e378da" TargetMode="External"/><Relationship Id="rId42" Type="http://schemas.openxmlformats.org/officeDocument/2006/relationships/footer" Target="footer1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live.kampus.ebyu.edu.tr/Session/Invitation/af924e10-0ccc-42c7-82c5-f26fe670b500" TargetMode="External"/><Relationship Id="rId29" Type="http://schemas.openxmlformats.org/officeDocument/2006/relationships/hyperlink" Target="https://live.kampus.ebyu.edu.tr/Session/Invitation/91ee99e9-3f3c-40fb-a202-7a2f3848948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ve.kampus.ebyu.edu.tr/Session/Invitation/165b279c-0940-4190-8f10-326f983bc5cb" TargetMode="External"/><Relationship Id="rId24" Type="http://schemas.openxmlformats.org/officeDocument/2006/relationships/hyperlink" Target="https://live.kampus.ebyu.edu.tr/Session/Invitation/56cb0161-99ad-4324-84d9-9148281f942c" TargetMode="External"/><Relationship Id="rId32" Type="http://schemas.openxmlformats.org/officeDocument/2006/relationships/hyperlink" Target="https://live.kampus.ebyu.edu.tr/Session/Invitation/510159b6-38f5-49d7-a4c1-3a73fe2ab720" TargetMode="External"/><Relationship Id="rId37" Type="http://schemas.openxmlformats.org/officeDocument/2006/relationships/hyperlink" Target="https://live.kampus.ebyu.edu.tr/Session/Invitation/69a1bca6-49ee-41e2-b86b-fd555c329c5e" TargetMode="External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live.kampus.ebyu.edu.tr/Session/Invitation/9f993479-77cb-4f8c-b898-164e0d4d6406" TargetMode="External"/><Relationship Id="rId23" Type="http://schemas.openxmlformats.org/officeDocument/2006/relationships/hyperlink" Target="https://live.kampus.ebyu.edu.tr/Session/Invitation/64e1c6cc-0fb7-4ce4-9ed6-e8cffa090e75" TargetMode="External"/><Relationship Id="rId28" Type="http://schemas.openxmlformats.org/officeDocument/2006/relationships/hyperlink" Target="https://live.kampus.ebyu.edu.tr/Session/Invitation/2e9f0cfa-940f-4c54-9c4b-670e7d2386d9" TargetMode="External"/><Relationship Id="rId36" Type="http://schemas.openxmlformats.org/officeDocument/2006/relationships/hyperlink" Target="https://live.kampus.ebyu.edu.tr/Session/Invitation/c4e100d2-4c0f-4fb4-b983-451d81ba2ec0" TargetMode="External"/><Relationship Id="rId10" Type="http://schemas.openxmlformats.org/officeDocument/2006/relationships/hyperlink" Target="https://live.kampus.ebyu.edu.tr/Session/Invitation/39363eea-6fb2-4067-ae34-ad519b8d5668" TargetMode="External"/><Relationship Id="rId19" Type="http://schemas.openxmlformats.org/officeDocument/2006/relationships/hyperlink" Target="https://live.kampus.ebyu.edu.tr/Session/Invitation/9aa7b35b-b59c-4b46-980f-986ef848d353" TargetMode="External"/><Relationship Id="rId31" Type="http://schemas.openxmlformats.org/officeDocument/2006/relationships/hyperlink" Target="https://live.kampus.ebyu.edu.tr/Session/Invitation/65c77f52-76d2-4aed-bfbc-89ee27885b8c" TargetMode="External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live.kampus.ebyu.edu.tr/Session/Invitation/41e5fc9a-d528-4515-807c-0fd7446ca277" TargetMode="External"/><Relationship Id="rId22" Type="http://schemas.openxmlformats.org/officeDocument/2006/relationships/hyperlink" Target="https://live.kampus.ebyu.edu.tr/Session/Invitation/0e0b0185-7b99-4f46-b667-6413b4b00842" TargetMode="External"/><Relationship Id="rId27" Type="http://schemas.openxmlformats.org/officeDocument/2006/relationships/hyperlink" Target="https://live.kampus.ebyu.edu.tr/Session/Invitation/2ebb0e6a-0907-41e3-a779-63db134d8483" TargetMode="External"/><Relationship Id="rId30" Type="http://schemas.openxmlformats.org/officeDocument/2006/relationships/hyperlink" Target="https://live.kampus.ebyu.edu.tr/Session/Invitation/457f0753-4187-456d-9b4e-ec0f094e2b8f" TargetMode="External"/><Relationship Id="rId35" Type="http://schemas.openxmlformats.org/officeDocument/2006/relationships/hyperlink" Target="https://live.kampus.ebyu.edu.tr/Session/Invitation/a190c809-0d74-4f0b-8878-b9eb792d6cbe" TargetMode="External"/><Relationship Id="rId43" Type="http://schemas.openxmlformats.org/officeDocument/2006/relationships/footer" Target="footer2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https://live.kampus.ebyu.edu.tr/Session/Invitation/4c4129e9-fee5-4aef-8155-733b74ba80e9" TargetMode="External"/><Relationship Id="rId17" Type="http://schemas.openxmlformats.org/officeDocument/2006/relationships/hyperlink" Target="https://live.kampus.ebyu.edu.tr/Session/Invitation/d1727f0d-664e-4957-ba20-f3dd91f58098" TargetMode="External"/><Relationship Id="rId25" Type="http://schemas.openxmlformats.org/officeDocument/2006/relationships/hyperlink" Target="https://live.kampus.ebyu.edu.tr/Session/Invitation/fdbc21b7-871a-4fd3-834c-df258304ac18" TargetMode="External"/><Relationship Id="rId33" Type="http://schemas.openxmlformats.org/officeDocument/2006/relationships/hyperlink" Target="https://live.kampus.ebyu.edu.tr/Session/Invitation/e8771048-7962-45b8-a4ca-6aa0d71edee3" TargetMode="External"/><Relationship Id="rId38" Type="http://schemas.openxmlformats.org/officeDocument/2006/relationships/hyperlink" Target="https://live.kampus.ebyu.edu.tr/Session/Invitation/36a8852a-5432-43a0-a406-51334e95b59e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live.kampus.ebyu.edu.tr/Session/Invitation/9b10c17f-537d-497a-a68a-eed4aee7fd6f" TargetMode="External"/><Relationship Id="rId41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53E9B8-6B61-45F3-AAFC-7E23F1FD9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3339</Words>
  <Characters>19035</Characters>
  <Application>Microsoft Office Word</Application>
  <DocSecurity>0</DocSecurity>
  <Lines>158</Lines>
  <Paragraphs>44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Din Dili ve Gençlik Sempozyumu — Düzenlenebilir A3 Oturum Posteri</vt:lpstr>
      <vt:lpstr/>
    </vt:vector>
  </TitlesOfParts>
  <Manager/>
  <Company/>
  <LinksUpToDate>false</LinksUpToDate>
  <CharactersWithSpaces>22330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 Dili ve Gençlik Sempozyumu — Düzenlenebilir A3 Oturum Posteri</dc:title>
  <dc:subject>Cumartesi ve Pazar oturumları, oturum başkanları ve bildiri başlıkları</dc:subject>
  <dc:creator>python-docx</dc:creator>
  <cp:keywords/>
  <dc:description>generated by python-docx</dc:description>
  <cp:lastModifiedBy>Hakem</cp:lastModifiedBy>
  <cp:revision>3</cp:revision>
  <cp:lastPrinted>2026-10-19T23:37:00Z</cp:lastPrinted>
  <dcterms:created xsi:type="dcterms:W3CDTF">2026-11-03T06:45:00Z</dcterms:created>
  <dcterms:modified xsi:type="dcterms:W3CDTF">2026-11-03T08:46:00Z</dcterms:modified>
  <cp:category/>
</cp:coreProperties>
</file>