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45D46C" w14:textId="77777777" w:rsidR="00AA6518" w:rsidRDefault="00AA6518" w:rsidP="00E71629">
      <w:pPr>
        <w:jc w:val="center"/>
        <w:rPr>
          <w:rFonts w:asciiTheme="majorBidi" w:hAnsiTheme="majorBidi" w:cstheme="majorBidi"/>
          <w:b/>
          <w:sz w:val="24"/>
          <w:szCs w:val="24"/>
        </w:rPr>
      </w:pPr>
    </w:p>
    <w:p w14:paraId="534C4372" w14:textId="77777777" w:rsidR="00AA6518" w:rsidRDefault="00AA6518" w:rsidP="00E71629">
      <w:pPr>
        <w:jc w:val="center"/>
        <w:rPr>
          <w:rFonts w:asciiTheme="majorBidi" w:hAnsiTheme="majorBidi" w:cstheme="majorBidi"/>
          <w:b/>
          <w:sz w:val="24"/>
          <w:szCs w:val="24"/>
        </w:rPr>
      </w:pPr>
    </w:p>
    <w:p w14:paraId="4FB1C2F5" w14:textId="77777777" w:rsidR="00AA6518" w:rsidRPr="00AA6518" w:rsidRDefault="00000000" w:rsidP="00E71629">
      <w:pPr>
        <w:jc w:val="center"/>
        <w:rPr>
          <w:rFonts w:asciiTheme="majorBidi" w:hAnsiTheme="majorBidi" w:cstheme="majorBidi"/>
          <w:b/>
          <w:sz w:val="32"/>
          <w:szCs w:val="32"/>
        </w:rPr>
      </w:pPr>
      <w:r w:rsidRPr="00AA6518">
        <w:rPr>
          <w:rFonts w:asciiTheme="majorBidi" w:hAnsiTheme="majorBidi" w:cstheme="majorBidi"/>
          <w:b/>
          <w:sz w:val="32"/>
          <w:szCs w:val="32"/>
        </w:rPr>
        <w:t xml:space="preserve">DİN DİLİ VE GENÇLİK </w:t>
      </w:r>
    </w:p>
    <w:p w14:paraId="0238BDCD" w14:textId="0ACF59B9" w:rsidR="00E71629" w:rsidRDefault="00AA6518" w:rsidP="00E71629">
      <w:pPr>
        <w:jc w:val="center"/>
        <w:rPr>
          <w:rFonts w:asciiTheme="majorBidi" w:hAnsiTheme="majorBidi" w:cstheme="majorBidi"/>
          <w:b/>
          <w:sz w:val="24"/>
          <w:szCs w:val="24"/>
        </w:rPr>
      </w:pPr>
      <w:r>
        <w:rPr>
          <w:rFonts w:asciiTheme="majorBidi" w:hAnsiTheme="majorBidi" w:cstheme="majorBidi"/>
          <w:b/>
          <w:sz w:val="24"/>
          <w:szCs w:val="24"/>
        </w:rPr>
        <w:t xml:space="preserve">ULUSLARARASI </w:t>
      </w:r>
      <w:r w:rsidRPr="00B34521">
        <w:rPr>
          <w:rFonts w:asciiTheme="majorBidi" w:hAnsiTheme="majorBidi" w:cstheme="majorBidi"/>
          <w:b/>
          <w:sz w:val="24"/>
          <w:szCs w:val="24"/>
        </w:rPr>
        <w:t>SEMPOZYUMU</w:t>
      </w:r>
      <w:r w:rsidRPr="00B34521">
        <w:rPr>
          <w:rFonts w:asciiTheme="majorBidi" w:hAnsiTheme="majorBidi" w:cstheme="majorBidi"/>
          <w:b/>
          <w:sz w:val="24"/>
          <w:szCs w:val="24"/>
        </w:rPr>
        <w:br/>
      </w:r>
      <w:r w:rsidR="00275C1D" w:rsidRPr="00B34521">
        <w:rPr>
          <w:rFonts w:asciiTheme="majorBidi" w:hAnsiTheme="majorBidi" w:cstheme="majorBidi"/>
          <w:b/>
          <w:sz w:val="24"/>
          <w:szCs w:val="24"/>
        </w:rPr>
        <w:t xml:space="preserve">BAŞVURU </w:t>
      </w:r>
      <w:r w:rsidR="00DE0947">
        <w:rPr>
          <w:rFonts w:asciiTheme="majorBidi" w:hAnsiTheme="majorBidi" w:cstheme="majorBidi"/>
          <w:b/>
          <w:sz w:val="24"/>
          <w:szCs w:val="24"/>
        </w:rPr>
        <w:t>ve</w:t>
      </w:r>
      <w:r w:rsidRPr="00B34521">
        <w:rPr>
          <w:rFonts w:asciiTheme="majorBidi" w:hAnsiTheme="majorBidi" w:cstheme="majorBidi"/>
          <w:b/>
          <w:sz w:val="24"/>
          <w:szCs w:val="24"/>
        </w:rPr>
        <w:t xml:space="preserve"> </w:t>
      </w:r>
      <w:r w:rsidR="00275C1D">
        <w:rPr>
          <w:rFonts w:asciiTheme="majorBidi" w:hAnsiTheme="majorBidi" w:cstheme="majorBidi"/>
          <w:b/>
          <w:sz w:val="24"/>
          <w:szCs w:val="24"/>
        </w:rPr>
        <w:t xml:space="preserve">ÖZET </w:t>
      </w:r>
      <w:r w:rsidR="00275C1D" w:rsidRPr="00B34521">
        <w:rPr>
          <w:rFonts w:asciiTheme="majorBidi" w:hAnsiTheme="majorBidi" w:cstheme="majorBidi"/>
          <w:b/>
          <w:sz w:val="24"/>
          <w:szCs w:val="24"/>
        </w:rPr>
        <w:t>BİLDİRİ</w:t>
      </w:r>
      <w:r w:rsidR="00275C1D" w:rsidRPr="00275C1D">
        <w:rPr>
          <w:rFonts w:asciiTheme="majorBidi" w:hAnsiTheme="majorBidi" w:cstheme="majorBidi"/>
          <w:b/>
          <w:sz w:val="24"/>
          <w:szCs w:val="24"/>
        </w:rPr>
        <w:t xml:space="preserve"> </w:t>
      </w:r>
      <w:r w:rsidR="00275C1D" w:rsidRPr="00B34521">
        <w:rPr>
          <w:rFonts w:asciiTheme="majorBidi" w:hAnsiTheme="majorBidi" w:cstheme="majorBidi"/>
          <w:b/>
          <w:sz w:val="24"/>
          <w:szCs w:val="24"/>
        </w:rPr>
        <w:t>FORMU</w:t>
      </w:r>
    </w:p>
    <w:p w14:paraId="3A78C9E3" w14:textId="77777777" w:rsidR="00AA6518" w:rsidRPr="00B34521" w:rsidRDefault="00AA6518" w:rsidP="00E71629">
      <w:pPr>
        <w:jc w:val="center"/>
        <w:rPr>
          <w:rFonts w:asciiTheme="majorBidi" w:hAnsiTheme="majorBidi" w:cstheme="majorBidi"/>
          <w:sz w:val="24"/>
          <w:szCs w:val="24"/>
        </w:rPr>
      </w:pPr>
    </w:p>
    <w:p w14:paraId="323A9350" w14:textId="1718A52D" w:rsidR="00945F14" w:rsidRPr="00B34521" w:rsidRDefault="00B126E4">
      <w:pPr>
        <w:rPr>
          <w:rFonts w:asciiTheme="majorBidi" w:hAnsiTheme="majorBidi" w:cstheme="majorBidi"/>
          <w:sz w:val="24"/>
          <w:szCs w:val="24"/>
        </w:rPr>
      </w:pPr>
      <w:r w:rsidRPr="00B34521">
        <w:rPr>
          <w:rFonts w:asciiTheme="majorBidi" w:hAnsiTheme="majorBidi" w:cstheme="majorBidi"/>
          <w:b/>
          <w:color w:val="002060"/>
          <w:sz w:val="24"/>
          <w:szCs w:val="24"/>
        </w:rPr>
        <w:t xml:space="preserve">1. </w:t>
      </w:r>
      <w:r w:rsidR="00AA6518">
        <w:rPr>
          <w:rFonts w:asciiTheme="majorBidi" w:hAnsiTheme="majorBidi" w:cstheme="majorBidi"/>
          <w:b/>
          <w:color w:val="002060"/>
          <w:sz w:val="24"/>
          <w:szCs w:val="24"/>
        </w:rPr>
        <w:t>ÖZET BİLDİRİ ÖNBİLGİLERİ</w:t>
      </w:r>
    </w:p>
    <w:tbl>
      <w:tblPr>
        <w:tblStyle w:val="TabloKlavuzu"/>
        <w:tblW w:w="0" w:type="auto"/>
        <w:jc w:val="center"/>
        <w:tblLook w:val="04A0" w:firstRow="1" w:lastRow="0" w:firstColumn="1" w:lastColumn="0" w:noHBand="0" w:noVBand="1"/>
      </w:tblPr>
      <w:tblGrid>
        <w:gridCol w:w="2410"/>
        <w:gridCol w:w="7526"/>
      </w:tblGrid>
      <w:tr w:rsidR="001657D3" w:rsidRPr="00B34521" w14:paraId="24A68C14" w14:textId="77777777" w:rsidTr="001657D3">
        <w:trPr>
          <w:jc w:val="center"/>
        </w:trPr>
        <w:tc>
          <w:tcPr>
            <w:tcW w:w="2410" w:type="dxa"/>
            <w:shd w:val="clear" w:color="auto" w:fill="D9EAF7"/>
          </w:tcPr>
          <w:p w14:paraId="4D6A543C" w14:textId="7D1B08C0" w:rsidR="001657D3" w:rsidRPr="00B34521" w:rsidRDefault="001657D3">
            <w:pPr>
              <w:rPr>
                <w:rFonts w:asciiTheme="majorBidi" w:hAnsiTheme="majorBidi" w:cstheme="majorBidi"/>
                <w:sz w:val="24"/>
                <w:szCs w:val="24"/>
              </w:rPr>
            </w:pPr>
            <w:r>
              <w:rPr>
                <w:rFonts w:asciiTheme="majorBidi" w:hAnsiTheme="majorBidi" w:cstheme="majorBidi"/>
                <w:sz w:val="24"/>
                <w:szCs w:val="24"/>
              </w:rPr>
              <w:t>Gönderim Tarihi</w:t>
            </w:r>
          </w:p>
        </w:tc>
        <w:tc>
          <w:tcPr>
            <w:tcW w:w="7526" w:type="dxa"/>
          </w:tcPr>
          <w:p w14:paraId="032E5CB0" w14:textId="77777777" w:rsidR="001657D3" w:rsidRPr="00B34521" w:rsidRDefault="001657D3">
            <w:pPr>
              <w:rPr>
                <w:rFonts w:asciiTheme="majorBidi" w:hAnsiTheme="majorBidi" w:cstheme="majorBidi"/>
                <w:sz w:val="24"/>
                <w:szCs w:val="24"/>
              </w:rPr>
            </w:pPr>
          </w:p>
        </w:tc>
      </w:tr>
      <w:tr w:rsidR="001657D3" w:rsidRPr="00B34521" w14:paraId="5FB61BA3" w14:textId="77777777" w:rsidTr="001657D3">
        <w:trPr>
          <w:jc w:val="center"/>
        </w:trPr>
        <w:tc>
          <w:tcPr>
            <w:tcW w:w="2410" w:type="dxa"/>
            <w:shd w:val="clear" w:color="auto" w:fill="D9EAF7"/>
          </w:tcPr>
          <w:p w14:paraId="064D0022" w14:textId="4E1A1C5B" w:rsidR="001657D3" w:rsidRDefault="001657D3">
            <w:pPr>
              <w:rPr>
                <w:rFonts w:asciiTheme="majorBidi" w:hAnsiTheme="majorBidi" w:cstheme="majorBidi"/>
                <w:sz w:val="24"/>
                <w:szCs w:val="24"/>
              </w:rPr>
            </w:pPr>
            <w:r>
              <w:rPr>
                <w:rFonts w:asciiTheme="majorBidi" w:hAnsiTheme="majorBidi" w:cstheme="majorBidi"/>
                <w:sz w:val="24"/>
                <w:szCs w:val="24"/>
              </w:rPr>
              <w:t>Bildirim No</w:t>
            </w:r>
          </w:p>
        </w:tc>
        <w:tc>
          <w:tcPr>
            <w:tcW w:w="7526" w:type="dxa"/>
          </w:tcPr>
          <w:p w14:paraId="530AC861" w14:textId="2FA9417F" w:rsidR="001657D3" w:rsidRPr="00B34521" w:rsidRDefault="001657D3">
            <w:pPr>
              <w:rPr>
                <w:rFonts w:asciiTheme="majorBidi" w:hAnsiTheme="majorBidi" w:cstheme="majorBidi"/>
                <w:sz w:val="24"/>
                <w:szCs w:val="24"/>
              </w:rPr>
            </w:pPr>
            <w:r w:rsidRPr="001657D3">
              <w:rPr>
                <w:rFonts w:asciiTheme="majorBidi" w:hAnsiTheme="majorBidi" w:cstheme="majorBidi"/>
                <w:sz w:val="24"/>
                <w:szCs w:val="24"/>
              </w:rPr>
              <w:t>Boş bırakılacaktır!</w:t>
            </w:r>
          </w:p>
        </w:tc>
      </w:tr>
      <w:tr w:rsidR="00945F14" w:rsidRPr="00B34521" w14:paraId="64B2AC71" w14:textId="77777777" w:rsidTr="001657D3">
        <w:trPr>
          <w:jc w:val="center"/>
        </w:trPr>
        <w:tc>
          <w:tcPr>
            <w:tcW w:w="2410" w:type="dxa"/>
            <w:shd w:val="clear" w:color="auto" w:fill="D9EAF7"/>
          </w:tcPr>
          <w:p w14:paraId="0C323849" w14:textId="307DAA80" w:rsidR="00945F14" w:rsidRPr="00B34521" w:rsidRDefault="001657D3">
            <w:pPr>
              <w:rPr>
                <w:rFonts w:asciiTheme="majorBidi" w:hAnsiTheme="majorBidi" w:cstheme="majorBidi"/>
                <w:sz w:val="24"/>
                <w:szCs w:val="24"/>
              </w:rPr>
            </w:pPr>
            <w:r>
              <w:rPr>
                <w:rFonts w:asciiTheme="majorBidi" w:hAnsiTheme="majorBidi" w:cstheme="majorBidi"/>
                <w:sz w:val="24"/>
                <w:szCs w:val="24"/>
              </w:rPr>
              <w:t>1. Yazar</w:t>
            </w:r>
          </w:p>
        </w:tc>
        <w:tc>
          <w:tcPr>
            <w:tcW w:w="7526" w:type="dxa"/>
          </w:tcPr>
          <w:p w14:paraId="7DA60249" w14:textId="17383CE0" w:rsidR="00945F14" w:rsidRPr="00B34521" w:rsidRDefault="001657D3">
            <w:pPr>
              <w:rPr>
                <w:rFonts w:asciiTheme="majorBidi" w:hAnsiTheme="majorBidi" w:cstheme="majorBidi"/>
                <w:sz w:val="24"/>
                <w:szCs w:val="24"/>
              </w:rPr>
            </w:pPr>
            <w:r w:rsidRPr="001657D3">
              <w:rPr>
                <w:rFonts w:asciiTheme="majorBidi" w:hAnsiTheme="majorBidi" w:cstheme="majorBidi"/>
                <w:sz w:val="24"/>
                <w:szCs w:val="24"/>
              </w:rPr>
              <w:t>Adı Soyadı, Unvanı, Üniversite, Bölüm ya da Program, Mail, Orcid</w:t>
            </w:r>
          </w:p>
        </w:tc>
      </w:tr>
      <w:tr w:rsidR="001657D3" w:rsidRPr="00B34521" w14:paraId="6DEE21A8" w14:textId="77777777" w:rsidTr="001657D3">
        <w:trPr>
          <w:jc w:val="center"/>
        </w:trPr>
        <w:tc>
          <w:tcPr>
            <w:tcW w:w="2410" w:type="dxa"/>
            <w:shd w:val="clear" w:color="auto" w:fill="D9EAF7"/>
          </w:tcPr>
          <w:p w14:paraId="358E6A0E" w14:textId="4B3277F4" w:rsidR="001657D3" w:rsidRPr="00B34521" w:rsidRDefault="001657D3" w:rsidP="001657D3">
            <w:pPr>
              <w:rPr>
                <w:rFonts w:asciiTheme="majorBidi" w:hAnsiTheme="majorBidi" w:cstheme="majorBidi"/>
                <w:sz w:val="24"/>
                <w:szCs w:val="24"/>
              </w:rPr>
            </w:pPr>
            <w:r>
              <w:rPr>
                <w:rFonts w:asciiTheme="majorBidi" w:hAnsiTheme="majorBidi" w:cstheme="majorBidi"/>
                <w:sz w:val="24"/>
                <w:szCs w:val="24"/>
              </w:rPr>
              <w:t>2. Yazar</w:t>
            </w:r>
          </w:p>
        </w:tc>
        <w:tc>
          <w:tcPr>
            <w:tcW w:w="7526" w:type="dxa"/>
          </w:tcPr>
          <w:p w14:paraId="3387705B" w14:textId="68A5F402" w:rsidR="001657D3" w:rsidRPr="00B34521" w:rsidRDefault="001657D3" w:rsidP="001657D3">
            <w:pPr>
              <w:rPr>
                <w:rFonts w:asciiTheme="majorBidi" w:hAnsiTheme="majorBidi" w:cstheme="majorBidi"/>
                <w:sz w:val="24"/>
                <w:szCs w:val="24"/>
              </w:rPr>
            </w:pPr>
            <w:r w:rsidRPr="001657D3">
              <w:rPr>
                <w:rFonts w:asciiTheme="majorBidi" w:hAnsiTheme="majorBidi" w:cstheme="majorBidi"/>
                <w:sz w:val="24"/>
                <w:szCs w:val="24"/>
              </w:rPr>
              <w:t>Adı Soyadı, Unvanı, Üniversite, Bölüm ya da Program, Mail, Orcid</w:t>
            </w:r>
          </w:p>
        </w:tc>
      </w:tr>
      <w:tr w:rsidR="001657D3" w:rsidRPr="00B34521" w14:paraId="69C2CDAD" w14:textId="77777777" w:rsidTr="001657D3">
        <w:trPr>
          <w:jc w:val="center"/>
        </w:trPr>
        <w:tc>
          <w:tcPr>
            <w:tcW w:w="2410" w:type="dxa"/>
            <w:shd w:val="clear" w:color="auto" w:fill="D9EAF7"/>
          </w:tcPr>
          <w:p w14:paraId="638E18A0" w14:textId="4B0089B8" w:rsidR="001657D3" w:rsidRPr="00B34521" w:rsidRDefault="001657D3" w:rsidP="001657D3">
            <w:pPr>
              <w:rPr>
                <w:rFonts w:asciiTheme="majorBidi" w:hAnsiTheme="majorBidi" w:cstheme="majorBidi"/>
                <w:sz w:val="24"/>
                <w:szCs w:val="24"/>
              </w:rPr>
            </w:pPr>
            <w:r>
              <w:rPr>
                <w:rFonts w:asciiTheme="majorBidi" w:hAnsiTheme="majorBidi" w:cstheme="majorBidi"/>
                <w:sz w:val="24"/>
                <w:szCs w:val="24"/>
              </w:rPr>
              <w:t>3. Yazar</w:t>
            </w:r>
          </w:p>
        </w:tc>
        <w:tc>
          <w:tcPr>
            <w:tcW w:w="7526" w:type="dxa"/>
          </w:tcPr>
          <w:p w14:paraId="5D538FDC" w14:textId="136D2BF7" w:rsidR="001657D3" w:rsidRPr="00B34521" w:rsidRDefault="001657D3" w:rsidP="001657D3">
            <w:pPr>
              <w:rPr>
                <w:rFonts w:asciiTheme="majorBidi" w:hAnsiTheme="majorBidi" w:cstheme="majorBidi"/>
                <w:sz w:val="24"/>
                <w:szCs w:val="24"/>
              </w:rPr>
            </w:pPr>
            <w:r w:rsidRPr="001657D3">
              <w:rPr>
                <w:rFonts w:asciiTheme="majorBidi" w:hAnsiTheme="majorBidi" w:cstheme="majorBidi"/>
                <w:sz w:val="24"/>
                <w:szCs w:val="24"/>
              </w:rPr>
              <w:t>Adı Soyadı, Unvanı, Üniversite, Bölüm ya da Program, Mail, Orcid</w:t>
            </w:r>
          </w:p>
        </w:tc>
      </w:tr>
      <w:tr w:rsidR="00945F14" w:rsidRPr="00B34521" w14:paraId="69E5B389" w14:textId="77777777" w:rsidTr="001657D3">
        <w:trPr>
          <w:jc w:val="center"/>
        </w:trPr>
        <w:tc>
          <w:tcPr>
            <w:tcW w:w="2410" w:type="dxa"/>
            <w:shd w:val="clear" w:color="auto" w:fill="D9EAF7"/>
          </w:tcPr>
          <w:p w14:paraId="71594F1F" w14:textId="40768547" w:rsidR="00945F14" w:rsidRPr="00B34521" w:rsidRDefault="001657D3">
            <w:pPr>
              <w:rPr>
                <w:rFonts w:asciiTheme="majorBidi" w:hAnsiTheme="majorBidi" w:cstheme="majorBidi"/>
                <w:sz w:val="24"/>
                <w:szCs w:val="24"/>
              </w:rPr>
            </w:pPr>
            <w:r>
              <w:rPr>
                <w:rFonts w:asciiTheme="majorBidi" w:hAnsiTheme="majorBidi" w:cstheme="majorBidi"/>
                <w:sz w:val="24"/>
                <w:szCs w:val="24"/>
              </w:rPr>
              <w:t>Sorumlu Yazar</w:t>
            </w:r>
          </w:p>
        </w:tc>
        <w:tc>
          <w:tcPr>
            <w:tcW w:w="7526" w:type="dxa"/>
          </w:tcPr>
          <w:p w14:paraId="0A3D39F9" w14:textId="7A06DAA3" w:rsidR="00945F14" w:rsidRPr="00B34521" w:rsidRDefault="001657D3">
            <w:pPr>
              <w:rPr>
                <w:rFonts w:asciiTheme="majorBidi" w:hAnsiTheme="majorBidi" w:cstheme="majorBidi"/>
                <w:sz w:val="24"/>
                <w:szCs w:val="24"/>
              </w:rPr>
            </w:pPr>
            <w:r>
              <w:rPr>
                <w:rFonts w:cs="Times New Roman"/>
                <w:sz w:val="24"/>
                <w:szCs w:val="24"/>
              </w:rPr>
              <w:t>Adı Soyadı</w:t>
            </w:r>
          </w:p>
        </w:tc>
      </w:tr>
      <w:tr w:rsidR="00945F14" w:rsidRPr="00B34521" w14:paraId="13AB01AC" w14:textId="77777777" w:rsidTr="001657D3">
        <w:trPr>
          <w:jc w:val="center"/>
        </w:trPr>
        <w:tc>
          <w:tcPr>
            <w:tcW w:w="2410" w:type="dxa"/>
            <w:shd w:val="clear" w:color="auto" w:fill="D9EAF7"/>
          </w:tcPr>
          <w:p w14:paraId="2C2583CF" w14:textId="77777777" w:rsidR="00945F14" w:rsidRPr="00B34521" w:rsidRDefault="00000000">
            <w:pPr>
              <w:rPr>
                <w:rFonts w:asciiTheme="majorBidi" w:hAnsiTheme="majorBidi" w:cstheme="majorBidi"/>
                <w:sz w:val="24"/>
                <w:szCs w:val="24"/>
              </w:rPr>
            </w:pPr>
            <w:r w:rsidRPr="00B34521">
              <w:rPr>
                <w:rFonts w:asciiTheme="majorBidi" w:hAnsiTheme="majorBidi" w:cstheme="majorBidi"/>
                <w:sz w:val="24"/>
                <w:szCs w:val="24"/>
              </w:rPr>
              <w:t>Telefon Numarası</w:t>
            </w:r>
          </w:p>
        </w:tc>
        <w:tc>
          <w:tcPr>
            <w:tcW w:w="7526" w:type="dxa"/>
          </w:tcPr>
          <w:p w14:paraId="363E6B66" w14:textId="7621AB98" w:rsidR="00945F14" w:rsidRPr="00B34521" w:rsidRDefault="001657D3">
            <w:pPr>
              <w:rPr>
                <w:rFonts w:asciiTheme="majorBidi" w:hAnsiTheme="majorBidi" w:cstheme="majorBidi"/>
                <w:sz w:val="24"/>
                <w:szCs w:val="24"/>
              </w:rPr>
            </w:pPr>
            <w:r w:rsidRPr="001657D3">
              <w:rPr>
                <w:rFonts w:asciiTheme="majorBidi" w:hAnsiTheme="majorBidi" w:cstheme="majorBidi"/>
                <w:sz w:val="24"/>
                <w:szCs w:val="24"/>
              </w:rPr>
              <w:t>0 5xx xxx xx xx</w:t>
            </w:r>
          </w:p>
        </w:tc>
      </w:tr>
      <w:tr w:rsidR="001657D3" w:rsidRPr="00B34521" w14:paraId="049D3267" w14:textId="77777777" w:rsidTr="001657D3">
        <w:trPr>
          <w:jc w:val="center"/>
        </w:trPr>
        <w:tc>
          <w:tcPr>
            <w:tcW w:w="2410" w:type="dxa"/>
            <w:shd w:val="clear" w:color="auto" w:fill="D9EAF7"/>
          </w:tcPr>
          <w:p w14:paraId="286CF1FE" w14:textId="4149EECB" w:rsidR="001657D3" w:rsidRPr="00B34521" w:rsidRDefault="001657D3">
            <w:pPr>
              <w:rPr>
                <w:rFonts w:asciiTheme="majorBidi" w:hAnsiTheme="majorBidi" w:cstheme="majorBidi"/>
                <w:sz w:val="24"/>
                <w:szCs w:val="24"/>
              </w:rPr>
            </w:pPr>
            <w:r w:rsidRPr="001657D3">
              <w:rPr>
                <w:rFonts w:asciiTheme="majorBidi" w:hAnsiTheme="majorBidi" w:cstheme="majorBidi"/>
                <w:sz w:val="24"/>
                <w:szCs w:val="24"/>
              </w:rPr>
              <w:t>Sorumlu Yazar Eposta</w:t>
            </w:r>
          </w:p>
        </w:tc>
        <w:tc>
          <w:tcPr>
            <w:tcW w:w="7526" w:type="dxa"/>
          </w:tcPr>
          <w:p w14:paraId="768C6F77" w14:textId="47E481A7" w:rsidR="001657D3" w:rsidRPr="00B34521" w:rsidRDefault="001657D3">
            <w:pPr>
              <w:rPr>
                <w:rFonts w:asciiTheme="majorBidi" w:hAnsiTheme="majorBidi" w:cstheme="majorBidi"/>
                <w:sz w:val="24"/>
                <w:szCs w:val="24"/>
              </w:rPr>
            </w:pPr>
            <w:bookmarkStart w:id="0" w:name="_Hlk106816159"/>
            <w:r>
              <w:rPr>
                <w:rFonts w:cs="Times New Roman"/>
                <w:sz w:val="24"/>
                <w:szCs w:val="24"/>
              </w:rPr>
              <w:t>xxxxxx</w:t>
            </w:r>
            <w:r w:rsidRPr="008A64E0">
              <w:rPr>
                <w:rFonts w:cs="Times New Roman"/>
                <w:sz w:val="24"/>
                <w:szCs w:val="24"/>
              </w:rPr>
              <w:t>@</w:t>
            </w:r>
            <w:bookmarkEnd w:id="0"/>
            <w:r>
              <w:rPr>
                <w:rFonts w:cs="Times New Roman"/>
                <w:sz w:val="24"/>
                <w:szCs w:val="24"/>
              </w:rPr>
              <w:t>xxxx.com/edu/gov</w:t>
            </w:r>
          </w:p>
        </w:tc>
      </w:tr>
      <w:tr w:rsidR="001657D3" w:rsidRPr="00B34521" w14:paraId="1D7CCE9C" w14:textId="77777777" w:rsidTr="001657D3">
        <w:trPr>
          <w:jc w:val="center"/>
        </w:trPr>
        <w:tc>
          <w:tcPr>
            <w:tcW w:w="2410" w:type="dxa"/>
            <w:shd w:val="clear" w:color="auto" w:fill="D9EAF7"/>
          </w:tcPr>
          <w:p w14:paraId="27B85B04" w14:textId="3B04D35A" w:rsidR="001657D3" w:rsidRPr="001657D3" w:rsidRDefault="001657D3" w:rsidP="001657D3">
            <w:pPr>
              <w:rPr>
                <w:rFonts w:asciiTheme="majorBidi" w:hAnsiTheme="majorBidi" w:cstheme="majorBidi"/>
                <w:sz w:val="24"/>
                <w:szCs w:val="24"/>
              </w:rPr>
            </w:pPr>
            <w:r w:rsidRPr="008D33C4">
              <w:t>Çalışma Başlığı</w:t>
            </w:r>
          </w:p>
        </w:tc>
        <w:tc>
          <w:tcPr>
            <w:tcW w:w="7526" w:type="dxa"/>
          </w:tcPr>
          <w:p w14:paraId="66887EFE" w14:textId="432CF954" w:rsidR="001657D3" w:rsidRDefault="001657D3" w:rsidP="001657D3">
            <w:pPr>
              <w:rPr>
                <w:rFonts w:cs="Times New Roman"/>
                <w:sz w:val="24"/>
                <w:szCs w:val="24"/>
              </w:rPr>
            </w:pPr>
            <w:r w:rsidRPr="008D33C4">
              <w:t>Konunun özünü ifade eden uygun bir başlık yazılacaktır.</w:t>
            </w:r>
          </w:p>
        </w:tc>
      </w:tr>
      <w:tr w:rsidR="001657D3" w:rsidRPr="00B34521" w14:paraId="3E32CE62" w14:textId="77777777" w:rsidTr="001657D3">
        <w:trPr>
          <w:jc w:val="center"/>
        </w:trPr>
        <w:tc>
          <w:tcPr>
            <w:tcW w:w="2410" w:type="dxa"/>
            <w:shd w:val="clear" w:color="auto" w:fill="D9EAF7"/>
          </w:tcPr>
          <w:p w14:paraId="724F2A3C" w14:textId="4BC89FC5" w:rsidR="001657D3" w:rsidRPr="008D33C4" w:rsidRDefault="001657D3" w:rsidP="001657D3">
            <w:r w:rsidRPr="00A81CFB">
              <w:t>Anahtar Kelimeler</w:t>
            </w:r>
          </w:p>
        </w:tc>
        <w:tc>
          <w:tcPr>
            <w:tcW w:w="7526" w:type="dxa"/>
          </w:tcPr>
          <w:p w14:paraId="621441F2" w14:textId="06440819" w:rsidR="001657D3" w:rsidRPr="008D33C4" w:rsidRDefault="001657D3" w:rsidP="001657D3">
            <w:r w:rsidRPr="001657D3">
              <w:rPr>
                <w:b/>
                <w:bCs/>
              </w:rPr>
              <w:t>Tebliğin İlgili Olduğu Bilim Dalı</w:t>
            </w:r>
            <w:r w:rsidRPr="00A81CFB">
              <w:t>, Anahtar Kelime</w:t>
            </w:r>
            <w:r>
              <w:t xml:space="preserve"> </w:t>
            </w:r>
            <w:r w:rsidRPr="00A81CFB">
              <w:t>2, Anahtar Kelime3, Anahtar Kelime</w:t>
            </w:r>
            <w:r>
              <w:t xml:space="preserve"> </w:t>
            </w:r>
            <w:r w:rsidRPr="00A81CFB">
              <w:t>4, Anahtar Kelime</w:t>
            </w:r>
            <w:r>
              <w:t xml:space="preserve"> </w:t>
            </w:r>
            <w:r w:rsidRPr="00A81CFB">
              <w:t>5.</w:t>
            </w:r>
          </w:p>
        </w:tc>
      </w:tr>
      <w:tr w:rsidR="001657D3" w:rsidRPr="00B34521" w14:paraId="789127FC" w14:textId="77777777" w:rsidTr="001657D3">
        <w:trPr>
          <w:jc w:val="center"/>
        </w:trPr>
        <w:tc>
          <w:tcPr>
            <w:tcW w:w="2410" w:type="dxa"/>
            <w:shd w:val="clear" w:color="auto" w:fill="D9EAF7"/>
          </w:tcPr>
          <w:p w14:paraId="4278F5EE" w14:textId="5782527E" w:rsidR="001657D3" w:rsidRPr="00A81CFB" w:rsidRDefault="001657D3" w:rsidP="001657D3">
            <w:r w:rsidRPr="00DB5E63">
              <w:t>Bildiri Konusu</w:t>
            </w:r>
          </w:p>
        </w:tc>
        <w:tc>
          <w:tcPr>
            <w:tcW w:w="7526" w:type="dxa"/>
          </w:tcPr>
          <w:p w14:paraId="357F8800" w14:textId="3DA38C22" w:rsidR="001657D3" w:rsidRPr="001657D3" w:rsidRDefault="001657D3" w:rsidP="001657D3">
            <w:pPr>
              <w:rPr>
                <w:b/>
                <w:bCs/>
              </w:rPr>
            </w:pPr>
            <w:r w:rsidRPr="00DB5E63">
              <w:t>Sempozyum konularından hangisi ile ilişkili olduğu yazılacaktır.</w:t>
            </w:r>
          </w:p>
        </w:tc>
      </w:tr>
      <w:tr w:rsidR="001657D3" w:rsidRPr="00B34521" w14:paraId="4C54B036" w14:textId="77777777" w:rsidTr="001657D3">
        <w:trPr>
          <w:jc w:val="center"/>
        </w:trPr>
        <w:sdt>
          <w:sdtPr>
            <w:id w:val="1627044771"/>
            <w14:checkbox>
              <w14:checked w14:val="0"/>
              <w14:checkedState w14:val="2612" w14:font="MS Gothic"/>
              <w14:uncheckedState w14:val="2610" w14:font="MS Gothic"/>
            </w14:checkbox>
          </w:sdtPr>
          <w:sdtContent>
            <w:tc>
              <w:tcPr>
                <w:tcW w:w="2410" w:type="dxa"/>
                <w:shd w:val="clear" w:color="auto" w:fill="D9EAF7"/>
                <w:vAlign w:val="center"/>
              </w:tcPr>
              <w:p w14:paraId="6617C14E" w14:textId="78A35653" w:rsidR="001657D3" w:rsidRPr="00DB5E63" w:rsidRDefault="00DE0947" w:rsidP="001657D3">
                <w:pPr>
                  <w:jc w:val="center"/>
                </w:pPr>
                <w:r>
                  <w:rPr>
                    <w:rFonts w:ascii="MS Gothic" w:eastAsia="MS Gothic" w:hAnsi="MS Gothic" w:hint="eastAsia"/>
                  </w:rPr>
                  <w:t>☐</w:t>
                </w:r>
              </w:p>
            </w:tc>
          </w:sdtContent>
        </w:sdt>
        <w:tc>
          <w:tcPr>
            <w:tcW w:w="7526" w:type="dxa"/>
          </w:tcPr>
          <w:p w14:paraId="385FBFFA" w14:textId="297D13E0" w:rsidR="001657D3" w:rsidRPr="00DB5E63" w:rsidRDefault="001657D3" w:rsidP="001657D3">
            <w:r w:rsidRPr="001657D3">
              <w:t>6698 sayılı Kişisel Verilerin Korunması Kanunu (KVKK) kapsamında, tebliğ sunacağım sempozyum oturumunun sesli ve görüntülü kayıtlarının bilimsel amaçlı olarak alınmasına ve yayınlanmasına onay veriyorum.</w:t>
            </w:r>
          </w:p>
        </w:tc>
      </w:tr>
    </w:tbl>
    <w:p w14:paraId="46494680" w14:textId="77777777" w:rsidR="00AA6518" w:rsidRDefault="00AA6518" w:rsidP="00B34521">
      <w:pPr>
        <w:rPr>
          <w:rFonts w:asciiTheme="majorBidi" w:hAnsiTheme="majorBidi" w:cstheme="majorBidi"/>
          <w:b/>
          <w:color w:val="1F497D" w:themeColor="text2"/>
          <w:sz w:val="24"/>
          <w:szCs w:val="24"/>
        </w:rPr>
      </w:pPr>
    </w:p>
    <w:p w14:paraId="5A448D4E" w14:textId="27857795" w:rsidR="00B34521" w:rsidRPr="00B126E4" w:rsidRDefault="00B126E4" w:rsidP="00B34521">
      <w:pPr>
        <w:rPr>
          <w:rFonts w:asciiTheme="majorBidi" w:hAnsiTheme="majorBidi" w:cstheme="majorBidi"/>
          <w:color w:val="1F497D" w:themeColor="text2"/>
          <w:sz w:val="24"/>
          <w:szCs w:val="24"/>
        </w:rPr>
      </w:pPr>
      <w:r w:rsidRPr="00B126E4">
        <w:rPr>
          <w:rFonts w:asciiTheme="majorBidi" w:hAnsiTheme="majorBidi" w:cstheme="majorBidi"/>
          <w:b/>
          <w:color w:val="1F497D" w:themeColor="text2"/>
          <w:sz w:val="24"/>
          <w:szCs w:val="24"/>
        </w:rPr>
        <w:t>2. YAYIN TERCİHİ</w:t>
      </w:r>
    </w:p>
    <w:p w14:paraId="12EDC760" w14:textId="0F3610D2" w:rsidR="00B34521" w:rsidRPr="00B34521" w:rsidRDefault="00B34521" w:rsidP="00B34521">
      <w:pPr>
        <w:rPr>
          <w:rFonts w:asciiTheme="majorBidi" w:hAnsiTheme="majorBidi" w:cstheme="majorBidi"/>
          <w:sz w:val="24"/>
          <w:szCs w:val="24"/>
        </w:rPr>
      </w:pPr>
      <w:r w:rsidRPr="00B34521">
        <w:rPr>
          <w:rFonts w:asciiTheme="majorBidi" w:hAnsiTheme="majorBidi" w:cstheme="majorBidi"/>
          <w:sz w:val="24"/>
          <w:szCs w:val="24"/>
        </w:rPr>
        <w:t xml:space="preserve">Lütfen aşağıdaki seçeneklerden </w:t>
      </w:r>
      <w:r w:rsidRPr="00B34521">
        <w:rPr>
          <w:rFonts w:asciiTheme="majorBidi" w:hAnsiTheme="majorBidi" w:cstheme="majorBidi"/>
          <w:b/>
          <w:bCs/>
          <w:sz w:val="24"/>
          <w:szCs w:val="24"/>
        </w:rPr>
        <w:t xml:space="preserve">yalnızca </w:t>
      </w:r>
      <w:r w:rsidRPr="00DE0947">
        <w:rPr>
          <w:rFonts w:asciiTheme="majorBidi" w:hAnsiTheme="majorBidi" w:cstheme="majorBidi"/>
          <w:b/>
          <w:bCs/>
          <w:color w:val="EE0000"/>
          <w:sz w:val="24"/>
          <w:szCs w:val="24"/>
          <w:u w:val="single"/>
        </w:rPr>
        <w:t>birin</w:t>
      </w:r>
      <w:r w:rsidR="00DE0947" w:rsidRPr="00DE0947">
        <w:rPr>
          <w:rFonts w:asciiTheme="majorBidi" w:hAnsiTheme="majorBidi" w:cstheme="majorBidi"/>
          <w:b/>
          <w:bCs/>
          <w:color w:val="EE0000"/>
          <w:sz w:val="24"/>
          <w:szCs w:val="24"/>
          <w:u w:val="single"/>
        </w:rPr>
        <w:t>i</w:t>
      </w:r>
      <w:r w:rsidRPr="00B34521">
        <w:rPr>
          <w:rFonts w:asciiTheme="majorBidi" w:hAnsiTheme="majorBidi" w:cstheme="majorBidi"/>
          <w:b/>
          <w:bCs/>
          <w:sz w:val="24"/>
          <w:szCs w:val="24"/>
        </w:rPr>
        <w:t xml:space="preserve"> </w:t>
      </w:r>
      <w:r w:rsidR="00DE0947">
        <w:rPr>
          <w:rFonts w:asciiTheme="majorBidi" w:hAnsiTheme="majorBidi" w:cstheme="majorBidi"/>
          <w:b/>
          <w:bCs/>
          <w:sz w:val="24"/>
          <w:szCs w:val="24"/>
        </w:rPr>
        <w:t>işaretleyiniz.</w:t>
      </w:r>
    </w:p>
    <w:tbl>
      <w:tblPr>
        <w:tblStyle w:val="TabloKlavuzu"/>
        <w:tblW w:w="0" w:type="auto"/>
        <w:jc w:val="center"/>
        <w:tblLook w:val="04A0" w:firstRow="1" w:lastRow="0" w:firstColumn="1" w:lastColumn="0" w:noHBand="0" w:noVBand="1"/>
      </w:tblPr>
      <w:tblGrid>
        <w:gridCol w:w="8280"/>
        <w:gridCol w:w="1656"/>
      </w:tblGrid>
      <w:tr w:rsidR="00B34521" w:rsidRPr="00B34521" w14:paraId="2815BED6" w14:textId="77777777" w:rsidTr="00AA6518">
        <w:trPr>
          <w:jc w:val="center"/>
        </w:trPr>
        <w:tc>
          <w:tcPr>
            <w:tcW w:w="8280" w:type="dxa"/>
            <w:shd w:val="clear" w:color="auto" w:fill="D9EAF7"/>
          </w:tcPr>
          <w:p w14:paraId="47065FC7" w14:textId="77777777" w:rsidR="00B34521" w:rsidRPr="00B34521" w:rsidRDefault="00B34521" w:rsidP="00234C0A">
            <w:pPr>
              <w:rPr>
                <w:rFonts w:asciiTheme="majorBidi" w:hAnsiTheme="majorBidi" w:cstheme="majorBidi"/>
                <w:sz w:val="24"/>
                <w:szCs w:val="24"/>
              </w:rPr>
            </w:pPr>
            <w:r w:rsidRPr="00B34521">
              <w:rPr>
                <w:rFonts w:asciiTheme="majorBidi" w:hAnsiTheme="majorBidi" w:cstheme="majorBidi"/>
                <w:sz w:val="24"/>
                <w:szCs w:val="24"/>
              </w:rPr>
              <w:t>Tercih</w:t>
            </w:r>
          </w:p>
        </w:tc>
        <w:tc>
          <w:tcPr>
            <w:tcW w:w="1656" w:type="dxa"/>
            <w:shd w:val="clear" w:color="auto" w:fill="D9EAF7"/>
          </w:tcPr>
          <w:p w14:paraId="5A952E15" w14:textId="77777777" w:rsidR="00B34521" w:rsidRPr="00B34521" w:rsidRDefault="00B34521" w:rsidP="00234C0A">
            <w:pPr>
              <w:rPr>
                <w:rFonts w:asciiTheme="majorBidi" w:hAnsiTheme="majorBidi" w:cstheme="majorBidi"/>
                <w:sz w:val="24"/>
                <w:szCs w:val="24"/>
              </w:rPr>
            </w:pPr>
            <w:r w:rsidRPr="00B34521">
              <w:rPr>
                <w:rFonts w:asciiTheme="majorBidi" w:hAnsiTheme="majorBidi" w:cstheme="majorBidi"/>
                <w:sz w:val="24"/>
                <w:szCs w:val="24"/>
              </w:rPr>
              <w:t>İşaret</w:t>
            </w:r>
          </w:p>
        </w:tc>
      </w:tr>
      <w:tr w:rsidR="00B34521" w:rsidRPr="00B34521" w14:paraId="628AB04A" w14:textId="77777777" w:rsidTr="00AA6518">
        <w:trPr>
          <w:jc w:val="center"/>
        </w:trPr>
        <w:tc>
          <w:tcPr>
            <w:tcW w:w="8280" w:type="dxa"/>
          </w:tcPr>
          <w:p w14:paraId="6546DE19" w14:textId="77777777" w:rsidR="00B34521" w:rsidRPr="00B34521" w:rsidRDefault="00B34521" w:rsidP="00234C0A">
            <w:pPr>
              <w:rPr>
                <w:rFonts w:asciiTheme="majorBidi" w:hAnsiTheme="majorBidi" w:cstheme="majorBidi"/>
                <w:sz w:val="24"/>
                <w:szCs w:val="24"/>
              </w:rPr>
            </w:pPr>
            <w:r w:rsidRPr="00B34521">
              <w:rPr>
                <w:rFonts w:asciiTheme="majorBidi" w:hAnsiTheme="majorBidi" w:cstheme="majorBidi"/>
                <w:sz w:val="24"/>
                <w:szCs w:val="24"/>
              </w:rPr>
              <w:t>Bildirimin yalnızca özet olarak “</w:t>
            </w:r>
            <w:r w:rsidRPr="00DE0947">
              <w:rPr>
                <w:rFonts w:asciiTheme="majorBidi" w:hAnsiTheme="majorBidi" w:cstheme="majorBidi"/>
                <w:i/>
                <w:iCs/>
                <w:color w:val="002060"/>
                <w:sz w:val="24"/>
                <w:szCs w:val="24"/>
              </w:rPr>
              <w:t>Din Dili ve Gençlik Özetler Kitabı</w:t>
            </w:r>
            <w:r w:rsidRPr="00B34521">
              <w:rPr>
                <w:rFonts w:asciiTheme="majorBidi" w:hAnsiTheme="majorBidi" w:cstheme="majorBidi"/>
                <w:sz w:val="24"/>
                <w:szCs w:val="24"/>
              </w:rPr>
              <w:t>”nda yayımlanmasını istiyorum.</w:t>
            </w:r>
          </w:p>
        </w:tc>
        <w:sdt>
          <w:sdtPr>
            <w:rPr>
              <w:rFonts w:asciiTheme="majorBidi" w:hAnsiTheme="majorBidi" w:cstheme="majorBidi"/>
              <w:sz w:val="24"/>
              <w:szCs w:val="24"/>
            </w:rPr>
            <w:id w:val="-123848821"/>
            <w14:checkbox>
              <w14:checked w14:val="0"/>
              <w14:checkedState w14:val="2612" w14:font="MS Gothic"/>
              <w14:uncheckedState w14:val="2610" w14:font="MS Gothic"/>
            </w14:checkbox>
          </w:sdtPr>
          <w:sdtContent>
            <w:tc>
              <w:tcPr>
                <w:tcW w:w="1656" w:type="dxa"/>
                <w:vAlign w:val="center"/>
              </w:tcPr>
              <w:p w14:paraId="6AC3546C" w14:textId="1FECC8A5" w:rsidR="00B34521" w:rsidRPr="00B34521" w:rsidRDefault="00DE0947" w:rsidP="00DE0947">
                <w:pPr>
                  <w:jc w:val="center"/>
                  <w:rPr>
                    <w:rFonts w:asciiTheme="majorBidi" w:hAnsiTheme="majorBidi" w:cstheme="majorBidi"/>
                    <w:sz w:val="24"/>
                    <w:szCs w:val="24"/>
                  </w:rPr>
                </w:pPr>
                <w:r>
                  <w:rPr>
                    <w:rFonts w:ascii="MS Gothic" w:eastAsia="MS Gothic" w:hAnsi="MS Gothic" w:cstheme="majorBidi" w:hint="eastAsia"/>
                    <w:sz w:val="24"/>
                    <w:szCs w:val="24"/>
                  </w:rPr>
                  <w:t>☐</w:t>
                </w:r>
              </w:p>
            </w:tc>
          </w:sdtContent>
        </w:sdt>
      </w:tr>
      <w:tr w:rsidR="00B34521" w:rsidRPr="00B34521" w14:paraId="39DD1459" w14:textId="77777777" w:rsidTr="00AA6518">
        <w:trPr>
          <w:jc w:val="center"/>
        </w:trPr>
        <w:tc>
          <w:tcPr>
            <w:tcW w:w="8280" w:type="dxa"/>
          </w:tcPr>
          <w:p w14:paraId="7D99E6CA" w14:textId="3C4EE517" w:rsidR="00B34521" w:rsidRPr="00B34521" w:rsidRDefault="00B34521" w:rsidP="00234C0A">
            <w:pPr>
              <w:rPr>
                <w:rFonts w:asciiTheme="majorBidi" w:hAnsiTheme="majorBidi" w:cstheme="majorBidi"/>
                <w:sz w:val="24"/>
                <w:szCs w:val="24"/>
              </w:rPr>
            </w:pPr>
            <w:r w:rsidRPr="00B34521">
              <w:rPr>
                <w:rFonts w:asciiTheme="majorBidi" w:hAnsiTheme="majorBidi" w:cstheme="majorBidi"/>
                <w:sz w:val="24"/>
                <w:szCs w:val="24"/>
              </w:rPr>
              <w:t>Bildirimin tam metin olarak “</w:t>
            </w:r>
            <w:r w:rsidRPr="00DE0947">
              <w:rPr>
                <w:rFonts w:asciiTheme="majorBidi" w:hAnsiTheme="majorBidi" w:cstheme="majorBidi"/>
                <w:i/>
                <w:iCs/>
                <w:color w:val="002060"/>
                <w:sz w:val="24"/>
                <w:szCs w:val="24"/>
              </w:rPr>
              <w:t>Din Dili ve Gençlik Tam Metin Kitabı</w:t>
            </w:r>
            <w:r w:rsidRPr="00B34521">
              <w:rPr>
                <w:rFonts w:asciiTheme="majorBidi" w:hAnsiTheme="majorBidi" w:cstheme="majorBidi"/>
                <w:sz w:val="24"/>
                <w:szCs w:val="24"/>
              </w:rPr>
              <w:t xml:space="preserve">”nda yayımlanmasını istiyorum. Tam metni </w:t>
            </w:r>
            <w:r w:rsidR="00AA6518" w:rsidRPr="00AA6518">
              <w:rPr>
                <w:rFonts w:asciiTheme="majorBidi" w:hAnsiTheme="majorBidi" w:cstheme="majorBidi"/>
                <w:b/>
                <w:bCs/>
                <w:sz w:val="24"/>
                <w:szCs w:val="24"/>
              </w:rPr>
              <w:t>15</w:t>
            </w:r>
            <w:r w:rsidRPr="00AA6518">
              <w:rPr>
                <w:rFonts w:asciiTheme="majorBidi" w:hAnsiTheme="majorBidi" w:cstheme="majorBidi"/>
                <w:b/>
                <w:bCs/>
                <w:sz w:val="24"/>
                <w:szCs w:val="24"/>
              </w:rPr>
              <w:t>.</w:t>
            </w:r>
            <w:r w:rsidR="00AA6518" w:rsidRPr="00AA6518">
              <w:rPr>
                <w:rFonts w:asciiTheme="majorBidi" w:hAnsiTheme="majorBidi" w:cstheme="majorBidi"/>
                <w:b/>
                <w:bCs/>
                <w:sz w:val="24"/>
                <w:szCs w:val="24"/>
              </w:rPr>
              <w:t>1</w:t>
            </w:r>
            <w:r w:rsidRPr="00AA6518">
              <w:rPr>
                <w:rFonts w:asciiTheme="majorBidi" w:hAnsiTheme="majorBidi" w:cstheme="majorBidi"/>
                <w:b/>
                <w:bCs/>
                <w:sz w:val="24"/>
                <w:szCs w:val="24"/>
              </w:rPr>
              <w:t>0.2026</w:t>
            </w:r>
            <w:r w:rsidRPr="00AA6518">
              <w:rPr>
                <w:rFonts w:asciiTheme="majorBidi" w:hAnsiTheme="majorBidi" w:cstheme="majorBidi"/>
                <w:sz w:val="24"/>
                <w:szCs w:val="24"/>
              </w:rPr>
              <w:t xml:space="preserve"> </w:t>
            </w:r>
            <w:r w:rsidRPr="00B34521">
              <w:rPr>
                <w:rFonts w:asciiTheme="majorBidi" w:hAnsiTheme="majorBidi" w:cstheme="majorBidi"/>
                <w:sz w:val="24"/>
                <w:szCs w:val="24"/>
              </w:rPr>
              <w:t xml:space="preserve">tarihine kadar </w:t>
            </w:r>
            <w:hyperlink r:id="rId8" w:history="1">
              <w:r w:rsidR="00AA6518" w:rsidRPr="004D7207">
                <w:rPr>
                  <w:rStyle w:val="Kpr"/>
                  <w:rFonts w:cs="Times New Roman"/>
                </w:rPr>
                <w:t>ebyuilahiyatsempozyum@erzincan.edu.tr</w:t>
              </w:r>
            </w:hyperlink>
            <w:r w:rsidR="00AA6518">
              <w:rPr>
                <w:rFonts w:cs="Times New Roman"/>
              </w:rPr>
              <w:t xml:space="preserve"> </w:t>
            </w:r>
            <w:r w:rsidR="00AA6518" w:rsidRPr="00AA6518">
              <w:rPr>
                <w:rFonts w:cs="Times New Roman"/>
                <w:sz w:val="24"/>
                <w:szCs w:val="24"/>
              </w:rPr>
              <w:t>adresine</w:t>
            </w:r>
            <w:r w:rsidR="00AA6518">
              <w:rPr>
                <w:rFonts w:cs="Times New Roman"/>
              </w:rPr>
              <w:t xml:space="preserve"> </w:t>
            </w:r>
            <w:r w:rsidRPr="00B34521">
              <w:rPr>
                <w:rFonts w:asciiTheme="majorBidi" w:hAnsiTheme="majorBidi" w:cstheme="majorBidi"/>
                <w:sz w:val="24"/>
                <w:szCs w:val="24"/>
              </w:rPr>
              <w:t>teslim edeceğimi kabul ediyorum.</w:t>
            </w:r>
          </w:p>
        </w:tc>
        <w:sdt>
          <w:sdtPr>
            <w:rPr>
              <w:rFonts w:asciiTheme="majorBidi" w:hAnsiTheme="majorBidi" w:cstheme="majorBidi"/>
              <w:sz w:val="24"/>
              <w:szCs w:val="24"/>
            </w:rPr>
            <w:id w:val="-1394188204"/>
            <w14:checkbox>
              <w14:checked w14:val="0"/>
              <w14:checkedState w14:val="2612" w14:font="MS Gothic"/>
              <w14:uncheckedState w14:val="2610" w14:font="MS Gothic"/>
            </w14:checkbox>
          </w:sdtPr>
          <w:sdtContent>
            <w:tc>
              <w:tcPr>
                <w:tcW w:w="1656" w:type="dxa"/>
                <w:vAlign w:val="center"/>
              </w:tcPr>
              <w:p w14:paraId="1437C068" w14:textId="61541A15" w:rsidR="00B34521" w:rsidRPr="00B34521" w:rsidRDefault="00DE0947" w:rsidP="00DE0947">
                <w:pPr>
                  <w:jc w:val="center"/>
                  <w:rPr>
                    <w:rFonts w:asciiTheme="majorBidi" w:hAnsiTheme="majorBidi" w:cstheme="majorBidi"/>
                    <w:sz w:val="24"/>
                    <w:szCs w:val="24"/>
                  </w:rPr>
                </w:pPr>
                <w:r>
                  <w:rPr>
                    <w:rFonts w:ascii="MS Gothic" w:eastAsia="MS Gothic" w:hAnsi="MS Gothic" w:cstheme="majorBidi" w:hint="eastAsia"/>
                    <w:sz w:val="24"/>
                    <w:szCs w:val="24"/>
                  </w:rPr>
                  <w:t>☐</w:t>
                </w:r>
              </w:p>
            </w:tc>
          </w:sdtContent>
        </w:sdt>
      </w:tr>
      <w:tr w:rsidR="00B34521" w:rsidRPr="00B34521" w14:paraId="483E57F9" w14:textId="77777777" w:rsidTr="00AA6518">
        <w:trPr>
          <w:jc w:val="center"/>
        </w:trPr>
        <w:tc>
          <w:tcPr>
            <w:tcW w:w="8280" w:type="dxa"/>
          </w:tcPr>
          <w:p w14:paraId="71626781" w14:textId="6D5DC7B7" w:rsidR="00B34521" w:rsidRPr="00B34521" w:rsidRDefault="00B34521" w:rsidP="00234C0A">
            <w:pPr>
              <w:rPr>
                <w:rFonts w:asciiTheme="majorBidi" w:hAnsiTheme="majorBidi" w:cstheme="majorBidi"/>
                <w:sz w:val="24"/>
                <w:szCs w:val="24"/>
              </w:rPr>
            </w:pPr>
            <w:r w:rsidRPr="00B34521">
              <w:rPr>
                <w:rFonts w:asciiTheme="majorBidi" w:hAnsiTheme="majorBidi" w:cstheme="majorBidi"/>
                <w:sz w:val="24"/>
                <w:szCs w:val="24"/>
              </w:rPr>
              <w:t>Bildirimin,</w:t>
            </w:r>
            <w:r w:rsidR="00AA6518">
              <w:rPr>
                <w:rFonts w:asciiTheme="majorBidi" w:hAnsiTheme="majorBidi" w:cstheme="majorBidi"/>
                <w:sz w:val="24"/>
                <w:szCs w:val="24"/>
              </w:rPr>
              <w:t xml:space="preserve"> </w:t>
            </w:r>
            <w:r w:rsidR="00B126E4" w:rsidRPr="00DE0947">
              <w:rPr>
                <w:rFonts w:asciiTheme="majorBidi" w:hAnsiTheme="majorBidi" w:cstheme="majorBidi"/>
                <w:i/>
                <w:iCs/>
                <w:sz w:val="24"/>
                <w:szCs w:val="24"/>
                <w:u w:val="single"/>
              </w:rPr>
              <w:t>ÂSÂR Akademik Dinî Araştırmalar Dergisi</w:t>
            </w:r>
            <w:r w:rsidR="00B126E4">
              <w:rPr>
                <w:rFonts w:asciiTheme="majorBidi" w:hAnsiTheme="majorBidi" w:cstheme="majorBidi"/>
                <w:sz w:val="24"/>
                <w:szCs w:val="24"/>
              </w:rPr>
              <w:t xml:space="preserve"> </w:t>
            </w:r>
            <w:r w:rsidRPr="00B34521">
              <w:rPr>
                <w:rFonts w:asciiTheme="majorBidi" w:hAnsiTheme="majorBidi" w:cstheme="majorBidi"/>
                <w:sz w:val="24"/>
                <w:szCs w:val="24"/>
              </w:rPr>
              <w:t>“</w:t>
            </w:r>
            <w:r w:rsidRPr="00DE0947">
              <w:rPr>
                <w:rFonts w:asciiTheme="majorBidi" w:hAnsiTheme="majorBidi" w:cstheme="majorBidi"/>
                <w:i/>
                <w:iCs/>
                <w:color w:val="002060"/>
                <w:sz w:val="24"/>
                <w:szCs w:val="24"/>
              </w:rPr>
              <w:t>Din Dili ve Gençlik</w:t>
            </w:r>
            <w:r w:rsidRPr="00B34521">
              <w:rPr>
                <w:rFonts w:asciiTheme="majorBidi" w:hAnsiTheme="majorBidi" w:cstheme="majorBidi"/>
                <w:sz w:val="24"/>
                <w:szCs w:val="24"/>
              </w:rPr>
              <w:t xml:space="preserve">” özel sayısında değerlendirilmesi amacıyla tam metnimi </w:t>
            </w:r>
            <w:r w:rsidRPr="00AA6518">
              <w:rPr>
                <w:rFonts w:asciiTheme="majorBidi" w:hAnsiTheme="majorBidi" w:cstheme="majorBidi"/>
                <w:b/>
                <w:bCs/>
                <w:sz w:val="24"/>
                <w:szCs w:val="24"/>
              </w:rPr>
              <w:t>DergiPark</w:t>
            </w:r>
            <w:r w:rsidRPr="00B34521">
              <w:rPr>
                <w:rFonts w:asciiTheme="majorBidi" w:hAnsiTheme="majorBidi" w:cstheme="majorBidi"/>
                <w:sz w:val="24"/>
                <w:szCs w:val="24"/>
              </w:rPr>
              <w:t xml:space="preserve"> sistemi üzerinden </w:t>
            </w:r>
            <w:r w:rsidR="00AA6518" w:rsidRPr="00AA6518">
              <w:rPr>
                <w:rFonts w:asciiTheme="majorBidi" w:hAnsiTheme="majorBidi" w:cstheme="majorBidi"/>
                <w:b/>
                <w:bCs/>
                <w:sz w:val="24"/>
                <w:szCs w:val="24"/>
              </w:rPr>
              <w:t>15</w:t>
            </w:r>
            <w:r w:rsidRPr="00AA6518">
              <w:rPr>
                <w:rFonts w:asciiTheme="majorBidi" w:hAnsiTheme="majorBidi" w:cstheme="majorBidi"/>
                <w:b/>
                <w:bCs/>
                <w:sz w:val="24"/>
                <w:szCs w:val="24"/>
              </w:rPr>
              <w:t>.</w:t>
            </w:r>
            <w:r w:rsidR="00AA6518" w:rsidRPr="00AA6518">
              <w:rPr>
                <w:rFonts w:asciiTheme="majorBidi" w:hAnsiTheme="majorBidi" w:cstheme="majorBidi"/>
                <w:b/>
                <w:bCs/>
                <w:sz w:val="24"/>
                <w:szCs w:val="24"/>
              </w:rPr>
              <w:t>1</w:t>
            </w:r>
            <w:r w:rsidRPr="00AA6518">
              <w:rPr>
                <w:rFonts w:asciiTheme="majorBidi" w:hAnsiTheme="majorBidi" w:cstheme="majorBidi"/>
                <w:b/>
                <w:bCs/>
                <w:sz w:val="24"/>
                <w:szCs w:val="24"/>
              </w:rPr>
              <w:t>0.2026</w:t>
            </w:r>
            <w:r w:rsidRPr="00AA6518">
              <w:rPr>
                <w:rFonts w:asciiTheme="majorBidi" w:hAnsiTheme="majorBidi" w:cstheme="majorBidi"/>
                <w:sz w:val="24"/>
                <w:szCs w:val="24"/>
              </w:rPr>
              <w:t xml:space="preserve"> </w:t>
            </w:r>
            <w:r w:rsidRPr="00B34521">
              <w:rPr>
                <w:rFonts w:asciiTheme="majorBidi" w:hAnsiTheme="majorBidi" w:cstheme="majorBidi"/>
                <w:sz w:val="24"/>
                <w:szCs w:val="24"/>
              </w:rPr>
              <w:t>tarihine kadar yükleyeceğimi kabul ediyorum.</w:t>
            </w:r>
          </w:p>
        </w:tc>
        <w:sdt>
          <w:sdtPr>
            <w:rPr>
              <w:rFonts w:asciiTheme="majorBidi" w:hAnsiTheme="majorBidi" w:cstheme="majorBidi"/>
              <w:sz w:val="24"/>
              <w:szCs w:val="24"/>
            </w:rPr>
            <w:id w:val="179553659"/>
            <w14:checkbox>
              <w14:checked w14:val="0"/>
              <w14:checkedState w14:val="2612" w14:font="MS Gothic"/>
              <w14:uncheckedState w14:val="2610" w14:font="MS Gothic"/>
            </w14:checkbox>
          </w:sdtPr>
          <w:sdtContent>
            <w:tc>
              <w:tcPr>
                <w:tcW w:w="1656" w:type="dxa"/>
                <w:vAlign w:val="center"/>
              </w:tcPr>
              <w:p w14:paraId="6729C383" w14:textId="39D89027" w:rsidR="00B34521" w:rsidRPr="00B34521" w:rsidRDefault="00DE0947" w:rsidP="00DE0947">
                <w:pPr>
                  <w:jc w:val="center"/>
                  <w:rPr>
                    <w:rFonts w:asciiTheme="majorBidi" w:hAnsiTheme="majorBidi" w:cstheme="majorBidi"/>
                    <w:sz w:val="24"/>
                    <w:szCs w:val="24"/>
                  </w:rPr>
                </w:pPr>
                <w:r>
                  <w:rPr>
                    <w:rFonts w:ascii="MS Gothic" w:eastAsia="MS Gothic" w:hAnsi="MS Gothic" w:cstheme="majorBidi" w:hint="eastAsia"/>
                    <w:sz w:val="24"/>
                    <w:szCs w:val="24"/>
                  </w:rPr>
                  <w:t>☐</w:t>
                </w:r>
              </w:p>
            </w:tc>
          </w:sdtContent>
        </w:sdt>
      </w:tr>
    </w:tbl>
    <w:p w14:paraId="4DCDD982" w14:textId="77777777" w:rsidR="00DE0947" w:rsidRDefault="00DE0947">
      <w:pPr>
        <w:rPr>
          <w:rFonts w:asciiTheme="majorBidi" w:hAnsiTheme="majorBidi" w:cstheme="majorBidi"/>
          <w:b/>
          <w:color w:val="1F497D" w:themeColor="text2"/>
          <w:sz w:val="24"/>
          <w:szCs w:val="24"/>
        </w:rPr>
      </w:pPr>
      <w:r>
        <w:rPr>
          <w:rFonts w:asciiTheme="majorBidi" w:hAnsiTheme="majorBidi" w:cstheme="majorBidi"/>
          <w:b/>
          <w:color w:val="1F497D" w:themeColor="text2"/>
          <w:sz w:val="24"/>
          <w:szCs w:val="24"/>
        </w:rPr>
        <w:br w:type="page"/>
      </w:r>
    </w:p>
    <w:p w14:paraId="1F86DD01" w14:textId="432DC43B" w:rsidR="00945F14" w:rsidRPr="00B126E4" w:rsidRDefault="00B126E4">
      <w:pPr>
        <w:rPr>
          <w:rFonts w:asciiTheme="majorBidi" w:hAnsiTheme="majorBidi" w:cstheme="majorBidi"/>
          <w:color w:val="1F497D" w:themeColor="text2"/>
          <w:sz w:val="24"/>
          <w:szCs w:val="24"/>
        </w:rPr>
      </w:pPr>
      <w:r w:rsidRPr="00B126E4">
        <w:rPr>
          <w:rFonts w:asciiTheme="majorBidi" w:hAnsiTheme="majorBidi" w:cstheme="majorBidi"/>
          <w:b/>
          <w:color w:val="1F497D" w:themeColor="text2"/>
          <w:sz w:val="24"/>
          <w:szCs w:val="24"/>
        </w:rPr>
        <w:lastRenderedPageBreak/>
        <w:t>3. BİLDİRİ BİLGİLERİ</w:t>
      </w:r>
    </w:p>
    <w:p w14:paraId="1D0AE7D7" w14:textId="77777777" w:rsidR="00DE0947" w:rsidRPr="00DE0947" w:rsidRDefault="00DE0947" w:rsidP="00DE0947">
      <w:pPr>
        <w:rPr>
          <w:rFonts w:asciiTheme="majorBidi" w:hAnsiTheme="majorBidi" w:cstheme="majorBidi"/>
          <w:b/>
          <w:color w:val="0070C0"/>
          <w:sz w:val="24"/>
          <w:szCs w:val="24"/>
        </w:rPr>
      </w:pPr>
      <w:r w:rsidRPr="00DE0947">
        <w:rPr>
          <w:rFonts w:asciiTheme="majorBidi" w:hAnsiTheme="majorBidi" w:cstheme="majorBidi"/>
          <w:b/>
          <w:color w:val="0070C0"/>
          <w:sz w:val="24"/>
          <w:szCs w:val="24"/>
        </w:rPr>
        <w:t>ÖZET</w:t>
      </w:r>
      <w:r w:rsidRPr="00DE0947">
        <w:rPr>
          <w:rFonts w:asciiTheme="majorBidi" w:hAnsiTheme="majorBidi" w:cstheme="majorBidi"/>
          <w:b/>
          <w:color w:val="0070C0"/>
          <w:sz w:val="24"/>
          <w:szCs w:val="24"/>
          <w:vertAlign w:val="superscript"/>
        </w:rPr>
        <w:footnoteReference w:id="1"/>
      </w:r>
    </w:p>
    <w:tbl>
      <w:tblPr>
        <w:tblStyle w:val="TabloKlavuzu"/>
        <w:tblW w:w="10173" w:type="dxa"/>
        <w:tblLook w:val="04A0" w:firstRow="1" w:lastRow="0" w:firstColumn="1" w:lastColumn="0" w:noHBand="0" w:noVBand="1"/>
      </w:tblPr>
      <w:tblGrid>
        <w:gridCol w:w="1199"/>
        <w:gridCol w:w="8953"/>
        <w:gridCol w:w="21"/>
      </w:tblGrid>
      <w:tr w:rsidR="00E71629" w:rsidRPr="00B34521" w14:paraId="03D1E2B3" w14:textId="77777777" w:rsidTr="00DE0947">
        <w:trPr>
          <w:gridAfter w:val="1"/>
          <w:wAfter w:w="21" w:type="dxa"/>
        </w:trPr>
        <w:tc>
          <w:tcPr>
            <w:tcW w:w="10152" w:type="dxa"/>
            <w:gridSpan w:val="2"/>
          </w:tcPr>
          <w:p w14:paraId="780C1D6D" w14:textId="53C110D7" w:rsidR="00E71629" w:rsidRPr="00B34521" w:rsidRDefault="00DE0947" w:rsidP="00DE0947">
            <w:pPr>
              <w:jc w:val="center"/>
              <w:rPr>
                <w:rFonts w:asciiTheme="majorBidi" w:hAnsiTheme="majorBidi" w:cstheme="majorBidi"/>
                <w:sz w:val="24"/>
                <w:szCs w:val="24"/>
              </w:rPr>
            </w:pPr>
            <w:r w:rsidRPr="00DE0947">
              <w:rPr>
                <w:rFonts w:asciiTheme="majorBidi" w:hAnsiTheme="majorBidi" w:cstheme="majorBidi"/>
                <w:sz w:val="24"/>
                <w:szCs w:val="24"/>
              </w:rPr>
              <w:t>Bildiri Başlığı (Times New Roman, 14 Punto, Kalın, Cümle Düzeni, Ortalanmış)</w:t>
            </w:r>
          </w:p>
        </w:tc>
      </w:tr>
      <w:tr w:rsidR="00DE0947" w:rsidRPr="00B34521" w14:paraId="5EC5B1DF" w14:textId="77777777" w:rsidTr="00DE0947">
        <w:trPr>
          <w:gridAfter w:val="1"/>
          <w:wAfter w:w="21" w:type="dxa"/>
        </w:trPr>
        <w:tc>
          <w:tcPr>
            <w:tcW w:w="10152" w:type="dxa"/>
            <w:gridSpan w:val="2"/>
          </w:tcPr>
          <w:p w14:paraId="23751C26" w14:textId="6CB28033" w:rsidR="00DE0947" w:rsidRPr="00DE0947" w:rsidRDefault="00DE0947" w:rsidP="00DE0947">
            <w:pPr>
              <w:jc w:val="center"/>
              <w:rPr>
                <w:rFonts w:asciiTheme="majorBidi" w:hAnsiTheme="majorBidi" w:cstheme="majorBidi"/>
                <w:sz w:val="24"/>
                <w:szCs w:val="24"/>
              </w:rPr>
            </w:pPr>
            <w:r w:rsidRPr="00DE0947">
              <w:rPr>
                <w:rFonts w:asciiTheme="majorBidi" w:hAnsiTheme="majorBidi" w:cstheme="majorBidi"/>
                <w:sz w:val="24"/>
                <w:szCs w:val="24"/>
              </w:rPr>
              <w:t>Bildiri Başlığı İngilizce (Times New Roman, 12 Punto, İtalik, Cümle Düzeni, Ortalanmış)</w:t>
            </w:r>
          </w:p>
        </w:tc>
      </w:tr>
      <w:tr w:rsidR="00DE0947" w:rsidRPr="00B34521" w14:paraId="4F57A831" w14:textId="77777777" w:rsidTr="00AA6518">
        <w:tblPrEx>
          <w:jc w:val="center"/>
        </w:tblPrEx>
        <w:trPr>
          <w:jc w:val="center"/>
        </w:trPr>
        <w:tc>
          <w:tcPr>
            <w:tcW w:w="1199" w:type="dxa"/>
            <w:shd w:val="clear" w:color="auto" w:fill="D9EAF7"/>
          </w:tcPr>
          <w:p w14:paraId="79E0CAB6" w14:textId="77777777" w:rsidR="00DE0947" w:rsidRPr="00B34521" w:rsidRDefault="00DE0947" w:rsidP="0005413A">
            <w:pPr>
              <w:rPr>
                <w:rFonts w:asciiTheme="majorBidi" w:hAnsiTheme="majorBidi" w:cstheme="majorBidi"/>
                <w:sz w:val="24"/>
                <w:szCs w:val="24"/>
              </w:rPr>
            </w:pPr>
            <w:r>
              <w:rPr>
                <w:rFonts w:asciiTheme="majorBidi" w:hAnsiTheme="majorBidi" w:cstheme="majorBidi"/>
                <w:sz w:val="24"/>
                <w:szCs w:val="24"/>
              </w:rPr>
              <w:t>1. Yazar</w:t>
            </w:r>
          </w:p>
        </w:tc>
        <w:tc>
          <w:tcPr>
            <w:tcW w:w="8974" w:type="dxa"/>
            <w:gridSpan w:val="2"/>
          </w:tcPr>
          <w:p w14:paraId="3FCDA59F" w14:textId="77777777" w:rsidR="00DE0947" w:rsidRPr="00B34521" w:rsidRDefault="00DE0947" w:rsidP="0005413A">
            <w:pPr>
              <w:rPr>
                <w:rFonts w:asciiTheme="majorBidi" w:hAnsiTheme="majorBidi" w:cstheme="majorBidi"/>
                <w:sz w:val="24"/>
                <w:szCs w:val="24"/>
              </w:rPr>
            </w:pPr>
            <w:r w:rsidRPr="001657D3">
              <w:rPr>
                <w:rFonts w:asciiTheme="majorBidi" w:hAnsiTheme="majorBidi" w:cstheme="majorBidi"/>
                <w:sz w:val="24"/>
                <w:szCs w:val="24"/>
              </w:rPr>
              <w:t>Adı Soyadı, Unvanı, Üniversite, Bölüm ya da Program, Mail, Orcid</w:t>
            </w:r>
          </w:p>
        </w:tc>
      </w:tr>
      <w:tr w:rsidR="00DE0947" w:rsidRPr="00B34521" w14:paraId="6DE1BEA2" w14:textId="77777777" w:rsidTr="00AA6518">
        <w:tblPrEx>
          <w:jc w:val="center"/>
        </w:tblPrEx>
        <w:trPr>
          <w:jc w:val="center"/>
        </w:trPr>
        <w:tc>
          <w:tcPr>
            <w:tcW w:w="1199" w:type="dxa"/>
            <w:shd w:val="clear" w:color="auto" w:fill="D9EAF7"/>
          </w:tcPr>
          <w:p w14:paraId="70DC3B10" w14:textId="77777777" w:rsidR="00DE0947" w:rsidRPr="00B34521" w:rsidRDefault="00DE0947" w:rsidP="0005413A">
            <w:pPr>
              <w:rPr>
                <w:rFonts w:asciiTheme="majorBidi" w:hAnsiTheme="majorBidi" w:cstheme="majorBidi"/>
                <w:sz w:val="24"/>
                <w:szCs w:val="24"/>
              </w:rPr>
            </w:pPr>
            <w:r>
              <w:rPr>
                <w:rFonts w:asciiTheme="majorBidi" w:hAnsiTheme="majorBidi" w:cstheme="majorBidi"/>
                <w:sz w:val="24"/>
                <w:szCs w:val="24"/>
              </w:rPr>
              <w:t>2. Yazar</w:t>
            </w:r>
          </w:p>
        </w:tc>
        <w:tc>
          <w:tcPr>
            <w:tcW w:w="8974" w:type="dxa"/>
            <w:gridSpan w:val="2"/>
          </w:tcPr>
          <w:p w14:paraId="4BD2B7CB" w14:textId="77777777" w:rsidR="00DE0947" w:rsidRPr="00B34521" w:rsidRDefault="00DE0947" w:rsidP="0005413A">
            <w:pPr>
              <w:rPr>
                <w:rFonts w:asciiTheme="majorBidi" w:hAnsiTheme="majorBidi" w:cstheme="majorBidi"/>
                <w:sz w:val="24"/>
                <w:szCs w:val="24"/>
              </w:rPr>
            </w:pPr>
            <w:r w:rsidRPr="001657D3">
              <w:rPr>
                <w:rFonts w:asciiTheme="majorBidi" w:hAnsiTheme="majorBidi" w:cstheme="majorBidi"/>
                <w:sz w:val="24"/>
                <w:szCs w:val="24"/>
              </w:rPr>
              <w:t>Adı Soyadı, Unvanı, Üniversite, Bölüm ya da Program, Mail, Orcid</w:t>
            </w:r>
          </w:p>
        </w:tc>
      </w:tr>
      <w:tr w:rsidR="00DE0947" w:rsidRPr="00B34521" w14:paraId="47ED0942" w14:textId="77777777" w:rsidTr="00AA6518">
        <w:tblPrEx>
          <w:jc w:val="center"/>
        </w:tblPrEx>
        <w:trPr>
          <w:jc w:val="center"/>
        </w:trPr>
        <w:tc>
          <w:tcPr>
            <w:tcW w:w="1199" w:type="dxa"/>
            <w:shd w:val="clear" w:color="auto" w:fill="D9EAF7"/>
          </w:tcPr>
          <w:p w14:paraId="085B4F88" w14:textId="77777777" w:rsidR="00DE0947" w:rsidRPr="00B34521" w:rsidRDefault="00DE0947" w:rsidP="0005413A">
            <w:pPr>
              <w:rPr>
                <w:rFonts w:asciiTheme="majorBidi" w:hAnsiTheme="majorBidi" w:cstheme="majorBidi"/>
                <w:sz w:val="24"/>
                <w:szCs w:val="24"/>
              </w:rPr>
            </w:pPr>
            <w:r>
              <w:rPr>
                <w:rFonts w:asciiTheme="majorBidi" w:hAnsiTheme="majorBidi" w:cstheme="majorBidi"/>
                <w:sz w:val="24"/>
                <w:szCs w:val="24"/>
              </w:rPr>
              <w:t>3. Yazar</w:t>
            </w:r>
          </w:p>
        </w:tc>
        <w:tc>
          <w:tcPr>
            <w:tcW w:w="8974" w:type="dxa"/>
            <w:gridSpan w:val="2"/>
          </w:tcPr>
          <w:p w14:paraId="3206BF7E" w14:textId="77777777" w:rsidR="00DE0947" w:rsidRPr="00B34521" w:rsidRDefault="00DE0947" w:rsidP="0005413A">
            <w:pPr>
              <w:rPr>
                <w:rFonts w:asciiTheme="majorBidi" w:hAnsiTheme="majorBidi" w:cstheme="majorBidi"/>
                <w:sz w:val="24"/>
                <w:szCs w:val="24"/>
              </w:rPr>
            </w:pPr>
            <w:r w:rsidRPr="001657D3">
              <w:rPr>
                <w:rFonts w:asciiTheme="majorBidi" w:hAnsiTheme="majorBidi" w:cstheme="majorBidi"/>
                <w:sz w:val="24"/>
                <w:szCs w:val="24"/>
              </w:rPr>
              <w:t>Adı Soyadı, Unvanı, Üniversite, Bölüm ya da Program, Mail, Orcid</w:t>
            </w:r>
          </w:p>
        </w:tc>
      </w:tr>
    </w:tbl>
    <w:p w14:paraId="63C1D410" w14:textId="77777777" w:rsidR="00945F14" w:rsidRPr="00B126E4" w:rsidRDefault="00000000">
      <w:pPr>
        <w:rPr>
          <w:rFonts w:asciiTheme="majorBidi" w:hAnsiTheme="majorBidi" w:cstheme="majorBidi"/>
          <w:color w:val="0070C0"/>
          <w:sz w:val="24"/>
          <w:szCs w:val="24"/>
        </w:rPr>
      </w:pPr>
      <w:r w:rsidRPr="00B126E4">
        <w:rPr>
          <w:rFonts w:asciiTheme="majorBidi" w:hAnsiTheme="majorBidi" w:cstheme="majorBidi"/>
          <w:b/>
          <w:color w:val="0070C0"/>
          <w:sz w:val="24"/>
          <w:szCs w:val="24"/>
        </w:rPr>
        <w:t>Türkçe Özet</w:t>
      </w:r>
    </w:p>
    <w:tbl>
      <w:tblPr>
        <w:tblStyle w:val="TabloKlavuzu"/>
        <w:tblW w:w="0" w:type="auto"/>
        <w:tblInd w:w="-34" w:type="dxa"/>
        <w:tblLook w:val="04A0" w:firstRow="1" w:lastRow="0" w:firstColumn="1" w:lastColumn="0" w:noHBand="0" w:noVBand="1"/>
      </w:tblPr>
      <w:tblGrid>
        <w:gridCol w:w="2392"/>
        <w:gridCol w:w="7794"/>
      </w:tblGrid>
      <w:tr w:rsidR="00E71629" w:rsidRPr="00B34521" w14:paraId="08F68C2B" w14:textId="77777777" w:rsidTr="003F0DD7">
        <w:trPr>
          <w:trHeight w:val="43"/>
        </w:trPr>
        <w:tc>
          <w:tcPr>
            <w:tcW w:w="10186" w:type="dxa"/>
            <w:gridSpan w:val="2"/>
          </w:tcPr>
          <w:p w14:paraId="1A29CCF2" w14:textId="77777777" w:rsidR="00E71629" w:rsidRPr="00B34521" w:rsidRDefault="00E71629">
            <w:pPr>
              <w:rPr>
                <w:rFonts w:asciiTheme="majorBidi" w:hAnsiTheme="majorBidi" w:cstheme="majorBidi"/>
                <w:sz w:val="24"/>
                <w:szCs w:val="24"/>
              </w:rPr>
            </w:pPr>
          </w:p>
          <w:p w14:paraId="175BA9B7" w14:textId="77777777" w:rsidR="003F0DD7" w:rsidRPr="009B20B6" w:rsidRDefault="00DE0947" w:rsidP="003F0DD7">
            <w:pPr>
              <w:autoSpaceDE w:val="0"/>
              <w:autoSpaceDN w:val="0"/>
              <w:adjustRightInd w:val="0"/>
              <w:spacing w:before="0"/>
              <w:jc w:val="both"/>
              <w:rPr>
                <w:rFonts w:eastAsiaTheme="minorHAnsi" w:cs="Times New Roman"/>
                <w:sz w:val="24"/>
                <w:szCs w:val="24"/>
                <w14:ligatures w14:val="standardContextual"/>
              </w:rPr>
            </w:pPr>
            <w:r w:rsidRPr="009B20B6">
              <w:rPr>
                <w:rFonts w:cs="Times New Roman"/>
                <w:sz w:val="24"/>
                <w:szCs w:val="24"/>
                <w:lang w:eastAsia="tr-TR"/>
              </w:rPr>
              <w:t xml:space="preserve">Buraya özet metni gelecektir. Bildiri özetleri 250-300 kelime arasında olmalıdır. Gönderilen bildiri özetleri </w:t>
            </w:r>
            <w:r w:rsidRPr="009B20B6">
              <w:rPr>
                <w:rFonts w:eastAsiaTheme="minorHAnsi" w:cs="Times New Roman"/>
                <w:sz w:val="24"/>
                <w:szCs w:val="24"/>
                <w14:ligatures w14:val="standardContextual"/>
              </w:rPr>
              <w:t xml:space="preserve">akademik nitelik taşımalı, özgün bir katkı sunmalı, daha önce herhangi bir platformda paylaşılmamış ya da yayımlanmamış olmalıdır. </w:t>
            </w:r>
            <w:r w:rsidRPr="009B20B6">
              <w:rPr>
                <w:rFonts w:cs="Times New Roman"/>
                <w:sz w:val="24"/>
                <w:szCs w:val="24"/>
                <w:lang w:eastAsia="tr-TR"/>
              </w:rPr>
              <w:t xml:space="preserve">Özet bildirilerde çalışmanın amacına, problemine, önemine, yöntemine ve bulgularına yer verilmeli, bilimsel dil ve üslup gözetilmelidir. Türkçe yazım kurallarına dikkat edilmelidir. Bu bölüm Times New Roman, 12 pt, Normal Cümle Düzeni ile yazılmalıdır. </w:t>
            </w:r>
            <w:r w:rsidR="003F0DD7" w:rsidRPr="009B20B6">
              <w:rPr>
                <w:rFonts w:cs="Times New Roman"/>
                <w:sz w:val="24"/>
                <w:szCs w:val="24"/>
                <w:lang w:eastAsia="tr-TR"/>
              </w:rPr>
              <w:t xml:space="preserve">Buraya özet metni gelecektir. Bildiri özetleri 250-300 kelime arasında olmalıdır. Gönderilen bildiri özetleri </w:t>
            </w:r>
            <w:r w:rsidR="003F0DD7" w:rsidRPr="009B20B6">
              <w:rPr>
                <w:rFonts w:eastAsiaTheme="minorHAnsi" w:cs="Times New Roman"/>
                <w:sz w:val="24"/>
                <w:szCs w:val="24"/>
                <w14:ligatures w14:val="standardContextual"/>
              </w:rPr>
              <w:t xml:space="preserve">akademik nitelik taşımalı, özgün bir katkı sunmalı, daha önce herhangi bir platformda paylaşılmamış ya da yayımlanmamış olmalıdır. </w:t>
            </w:r>
            <w:r w:rsidR="003F0DD7" w:rsidRPr="009B20B6">
              <w:rPr>
                <w:rFonts w:cs="Times New Roman"/>
                <w:sz w:val="24"/>
                <w:szCs w:val="24"/>
                <w:lang w:eastAsia="tr-TR"/>
              </w:rPr>
              <w:t xml:space="preserve">Özet bildirilerde çalışmanın amacına, problemine, önemine, yöntemine ve bulgularına yer verilmeli, bilimsel dil ve üslup gözetilmelidir. Türkçe yazım kurallarına dikkat edilmelidir. Bu bölüm Times New Roman, 12 pt, Normal Cümle Düzeni ile yazılmalıdır. Buraya özet metni gelecektir. Bildiri özetleri 250-300 kelime arasında olmalıdır. Gönderilen bildiri özetleri </w:t>
            </w:r>
            <w:r w:rsidR="003F0DD7" w:rsidRPr="009B20B6">
              <w:rPr>
                <w:rFonts w:eastAsiaTheme="minorHAnsi" w:cs="Times New Roman"/>
                <w:sz w:val="24"/>
                <w:szCs w:val="24"/>
                <w14:ligatures w14:val="standardContextual"/>
              </w:rPr>
              <w:t xml:space="preserve">akademik nitelik taşımalı, özgün bir katkı sunmalı, daha önce herhangi bir platformda paylaşılmamış ya da yayımlanmamış olmalıdır. </w:t>
            </w:r>
            <w:r w:rsidR="003F0DD7" w:rsidRPr="009B20B6">
              <w:rPr>
                <w:rFonts w:cs="Times New Roman"/>
                <w:sz w:val="24"/>
                <w:szCs w:val="24"/>
                <w:lang w:eastAsia="tr-TR"/>
              </w:rPr>
              <w:t xml:space="preserve">Özet bildirilerde çalışmanın amacına, problemine, önemine, yöntemine ve bulgularına yer verilmeli, bilimsel dil ve üslup gözetilmelidir. Türkçe yazım kurallarına dikkat edilmelidir. Bu bölüm Times New Roman, 12 pt, Normal Cümle Düzeni ile yazılmalıdır. Buraya özet metni gelecektir. Bildiri özetleri 250-300 kelime arasında olmalıdır. Gönderilen bildiri özetleri </w:t>
            </w:r>
            <w:r w:rsidR="003F0DD7" w:rsidRPr="009B20B6">
              <w:rPr>
                <w:rFonts w:eastAsiaTheme="minorHAnsi" w:cs="Times New Roman"/>
                <w:sz w:val="24"/>
                <w:szCs w:val="24"/>
                <w14:ligatures w14:val="standardContextual"/>
              </w:rPr>
              <w:t xml:space="preserve">akademik nitelik taşımalı, özgün bir katkı sunmalı, daha önce herhangi bir platformda paylaşılmamış ya da yayımlanmamış olmalıdır. </w:t>
            </w:r>
            <w:r w:rsidR="003F0DD7" w:rsidRPr="009B20B6">
              <w:rPr>
                <w:rFonts w:cs="Times New Roman"/>
                <w:sz w:val="24"/>
                <w:szCs w:val="24"/>
                <w:lang w:eastAsia="tr-TR"/>
              </w:rPr>
              <w:t xml:space="preserve">Özet bildirilerde çalışmanın amacına, problemine, önemine, yöntemine ve bulgularına yer verilmeli, bilimsel dil ve üslup gözetilmelidir. Türkçe yazım kurallarına dikkat edilmelidir. Bu bölüm Times New Roman, 12 pt, Normal Cümle Düzeni ile yazılmalıdır. Buraya özet metni gelecektir. Bildiri özetleri 250-300 kelime arasında olmalıdır. Gönderilen bildiri özetleri </w:t>
            </w:r>
            <w:r w:rsidR="003F0DD7" w:rsidRPr="009B20B6">
              <w:rPr>
                <w:rFonts w:eastAsiaTheme="minorHAnsi" w:cs="Times New Roman"/>
                <w:sz w:val="24"/>
                <w:szCs w:val="24"/>
                <w14:ligatures w14:val="standardContextual"/>
              </w:rPr>
              <w:t xml:space="preserve">akademik nitelik taşımalı, özgün bir katkı sunmalı, daha önce herhangi bir platformda paylaşılmamış ya da yayımlanmamış olmalıdır. </w:t>
            </w:r>
            <w:r w:rsidR="003F0DD7" w:rsidRPr="009B20B6">
              <w:rPr>
                <w:rFonts w:cs="Times New Roman"/>
                <w:sz w:val="24"/>
                <w:szCs w:val="24"/>
                <w:lang w:eastAsia="tr-TR"/>
              </w:rPr>
              <w:t xml:space="preserve">Özet bildirilerde çalışmanın amacına, problemine, önemine, yöntemine ve bulgularına yer verilmeli, bilimsel dil ve üslup gözetilmelidir. Türkçe yazım kurallarına dikkat edilmelidir. Bu bölüm Times New Roman, 12 pt, Normal Cümle Düzeni ile yazılmalıdır. </w:t>
            </w:r>
          </w:p>
          <w:p w14:paraId="292DEFCC" w14:textId="77777777" w:rsidR="00E71629" w:rsidRDefault="00E71629">
            <w:pPr>
              <w:rPr>
                <w:rFonts w:asciiTheme="majorBidi" w:hAnsiTheme="majorBidi" w:cstheme="majorBidi"/>
                <w:sz w:val="24"/>
                <w:szCs w:val="24"/>
              </w:rPr>
            </w:pPr>
          </w:p>
          <w:p w14:paraId="29EF82AB" w14:textId="77777777" w:rsidR="003F0DD7" w:rsidRPr="00B34521" w:rsidRDefault="003F0DD7">
            <w:pPr>
              <w:rPr>
                <w:rFonts w:asciiTheme="majorBidi" w:hAnsiTheme="majorBidi" w:cstheme="majorBidi"/>
                <w:sz w:val="24"/>
                <w:szCs w:val="24"/>
              </w:rPr>
            </w:pPr>
          </w:p>
          <w:p w14:paraId="4FD712BC" w14:textId="77777777" w:rsidR="00E71629" w:rsidRPr="00B34521" w:rsidRDefault="00E71629">
            <w:pPr>
              <w:rPr>
                <w:rFonts w:asciiTheme="majorBidi" w:hAnsiTheme="majorBidi" w:cstheme="majorBidi"/>
                <w:sz w:val="24"/>
                <w:szCs w:val="24"/>
              </w:rPr>
            </w:pPr>
          </w:p>
        </w:tc>
      </w:tr>
      <w:tr w:rsidR="00B34521" w:rsidRPr="00B34521" w14:paraId="39F7833D" w14:textId="779B1055" w:rsidTr="00DE0947">
        <w:trPr>
          <w:trHeight w:val="264"/>
        </w:trPr>
        <w:tc>
          <w:tcPr>
            <w:tcW w:w="2392" w:type="dxa"/>
          </w:tcPr>
          <w:p w14:paraId="68C71EDA" w14:textId="5828CE46" w:rsidR="00B34521" w:rsidRPr="00B34521" w:rsidRDefault="00B34521" w:rsidP="00B34521">
            <w:pPr>
              <w:spacing w:before="0"/>
              <w:rPr>
                <w:rFonts w:asciiTheme="majorBidi" w:hAnsiTheme="majorBidi" w:cstheme="majorBidi"/>
                <w:b/>
                <w:bCs/>
                <w:sz w:val="24"/>
                <w:szCs w:val="24"/>
              </w:rPr>
            </w:pPr>
            <w:r w:rsidRPr="00B34521">
              <w:rPr>
                <w:rFonts w:asciiTheme="majorBidi" w:hAnsiTheme="majorBidi" w:cstheme="majorBidi"/>
                <w:b/>
                <w:bCs/>
                <w:sz w:val="24"/>
                <w:szCs w:val="24"/>
              </w:rPr>
              <w:t>Anahtar kelimeler</w:t>
            </w:r>
          </w:p>
        </w:tc>
        <w:tc>
          <w:tcPr>
            <w:tcW w:w="7794" w:type="dxa"/>
          </w:tcPr>
          <w:p w14:paraId="12CE7C86" w14:textId="3E1E6A5C" w:rsidR="00B34521" w:rsidRPr="00B34521" w:rsidRDefault="00DE0947" w:rsidP="003F0DD7">
            <w:pPr>
              <w:jc w:val="both"/>
              <w:rPr>
                <w:rFonts w:asciiTheme="majorBidi" w:hAnsiTheme="majorBidi" w:cstheme="majorBidi"/>
                <w:sz w:val="24"/>
                <w:szCs w:val="24"/>
              </w:rPr>
            </w:pPr>
            <w:r w:rsidRPr="001657D3">
              <w:rPr>
                <w:b/>
                <w:bCs/>
              </w:rPr>
              <w:t>Tebliğin İlgili Olduğu Bilim Dalı</w:t>
            </w:r>
            <w:r>
              <w:rPr>
                <w:b/>
                <w:bCs/>
              </w:rPr>
              <w:t xml:space="preserve"> 1</w:t>
            </w:r>
            <w:r w:rsidRPr="00A81CFB">
              <w:t>, Anahtar Kelime</w:t>
            </w:r>
            <w:r>
              <w:t xml:space="preserve"> </w:t>
            </w:r>
            <w:r w:rsidRPr="00A81CFB">
              <w:t>2, Anahtar Kelime3, Anahtar Kelime</w:t>
            </w:r>
            <w:r>
              <w:t xml:space="preserve"> </w:t>
            </w:r>
            <w:r w:rsidRPr="00A81CFB">
              <w:t>4, Anahtar Kelime</w:t>
            </w:r>
            <w:r>
              <w:t xml:space="preserve"> </w:t>
            </w:r>
            <w:r w:rsidRPr="00A81CFB">
              <w:t>5.</w:t>
            </w:r>
            <w:r>
              <w:t xml:space="preserve"> </w:t>
            </w:r>
            <w:r w:rsidRPr="00FB158B">
              <w:rPr>
                <w:rFonts w:cs="Times New Roman"/>
                <w:sz w:val="24"/>
                <w:szCs w:val="24"/>
                <w:lang w:val="en-US" w:eastAsia="tr-TR"/>
              </w:rPr>
              <w:t>(</w:t>
            </w:r>
            <w:r w:rsidRPr="00FB158B">
              <w:rPr>
                <w:rFonts w:eastAsia="Calibri" w:cs="Times New Roman"/>
                <w:color w:val="222222"/>
                <w:sz w:val="24"/>
                <w:szCs w:val="24"/>
              </w:rPr>
              <w:t>(</w:t>
            </w:r>
            <w:hyperlink r:id="rId9" w:history="1">
              <w:r w:rsidRPr="00FB158B">
                <w:rPr>
                  <w:rStyle w:val="Kpr"/>
                  <w:rFonts w:eastAsia="Calibri" w:cs="Times New Roman"/>
                  <w:sz w:val="24"/>
                  <w:szCs w:val="24"/>
                </w:rPr>
                <w:t>İSNAD 2. Edisyon atıf sisteminin anahtar kelimeler</w:t>
              </w:r>
            </w:hyperlink>
            <w:r w:rsidRPr="00FB158B">
              <w:rPr>
                <w:rFonts w:eastAsia="Calibri" w:cs="Times New Roman"/>
                <w:color w:val="222222"/>
                <w:sz w:val="24"/>
                <w:szCs w:val="24"/>
              </w:rPr>
              <w:t xml:space="preserve"> için belirlenmiş ilkeleri esas alınmalıdır.</w:t>
            </w:r>
            <w:r w:rsidRPr="00FB158B">
              <w:rPr>
                <w:rFonts w:cs="Times New Roman"/>
                <w:sz w:val="24"/>
                <w:szCs w:val="24"/>
                <w:lang w:val="en-US" w:eastAsia="tr-TR"/>
              </w:rPr>
              <w:t>)</w:t>
            </w:r>
          </w:p>
        </w:tc>
      </w:tr>
    </w:tbl>
    <w:p w14:paraId="5C81E52E" w14:textId="21D3A120" w:rsidR="00945F14" w:rsidRPr="00B126E4" w:rsidRDefault="00000000">
      <w:pPr>
        <w:rPr>
          <w:rFonts w:asciiTheme="majorBidi" w:hAnsiTheme="majorBidi" w:cstheme="majorBidi"/>
          <w:color w:val="0070C0"/>
          <w:sz w:val="24"/>
          <w:szCs w:val="24"/>
        </w:rPr>
      </w:pPr>
      <w:r w:rsidRPr="00B126E4">
        <w:rPr>
          <w:rFonts w:asciiTheme="majorBidi" w:hAnsiTheme="majorBidi" w:cstheme="majorBidi"/>
          <w:b/>
          <w:color w:val="0070C0"/>
          <w:sz w:val="24"/>
          <w:szCs w:val="24"/>
        </w:rPr>
        <w:lastRenderedPageBreak/>
        <w:t>Abstract</w:t>
      </w:r>
    </w:p>
    <w:tbl>
      <w:tblPr>
        <w:tblStyle w:val="TabloKlavuzu"/>
        <w:tblW w:w="0" w:type="auto"/>
        <w:tblLook w:val="04A0" w:firstRow="1" w:lastRow="0" w:firstColumn="1" w:lastColumn="0" w:noHBand="0" w:noVBand="1"/>
      </w:tblPr>
      <w:tblGrid>
        <w:gridCol w:w="2040"/>
        <w:gridCol w:w="8112"/>
      </w:tblGrid>
      <w:tr w:rsidR="00E71629" w:rsidRPr="00B34521" w14:paraId="04EE4F1C" w14:textId="77777777" w:rsidTr="00B34521">
        <w:trPr>
          <w:trHeight w:val="2472"/>
        </w:trPr>
        <w:tc>
          <w:tcPr>
            <w:tcW w:w="10152" w:type="dxa"/>
            <w:gridSpan w:val="2"/>
          </w:tcPr>
          <w:p w14:paraId="724A2753" w14:textId="158259EC" w:rsidR="00E71629" w:rsidRDefault="00DE0947" w:rsidP="003F0DD7">
            <w:pPr>
              <w:pStyle w:val="font-claude-response-body"/>
              <w:jc w:val="both"/>
              <w:rPr>
                <w:color w:val="000000"/>
                <w:lang w:val="en-US"/>
              </w:rPr>
            </w:pPr>
            <w:r w:rsidRPr="0088413C">
              <w:rPr>
                <w:color w:val="000000"/>
                <w:lang w:val="en-US"/>
              </w:rPr>
              <w:t>The abstract text will be placed here. Abstracts must be between 250 and 400 words. Submitted abstracts should be of academic quality, present an original contribution, and must not have been previously shared or published on any platform. Abstracts should address the study's aim, problem statement, significance, methodology, and findings, while adhering to a scientific tone and style. Turkish orthographic conventions must be observed. This section should be written in Times New Roman, 12 pt, Sentence Case.</w:t>
            </w:r>
            <w:r w:rsidR="003F0DD7">
              <w:rPr>
                <w:color w:val="000000"/>
                <w:lang w:val="en-US"/>
              </w:rPr>
              <w:t xml:space="preserve"> </w:t>
            </w:r>
            <w:r w:rsidR="003F0DD7" w:rsidRPr="0088413C">
              <w:rPr>
                <w:color w:val="000000"/>
                <w:lang w:val="en-US"/>
              </w:rPr>
              <w:t>The abstract text will be placed here. Abstracts must be between 250 and 400 words. Submitted abstracts should be of academic quality, present an original contribution, and must not have been previously shared or published on any platform. Abstracts should address the study's aim, problem statement, significance, methodology, and findings, while adhering to a scientific tone and style. Turkish orthographic conventions must be observed. This section should be written in Times New Roman, 12 pt, Sentence Case.</w:t>
            </w:r>
            <w:r w:rsidR="003F0DD7">
              <w:rPr>
                <w:color w:val="000000"/>
                <w:lang w:val="en-US"/>
              </w:rPr>
              <w:t xml:space="preserve"> </w:t>
            </w:r>
            <w:r w:rsidR="003F0DD7" w:rsidRPr="0088413C">
              <w:rPr>
                <w:color w:val="000000"/>
                <w:lang w:val="en-US"/>
              </w:rPr>
              <w:t>The abstract text will be placed here. Abstracts must be between 250 and 400 words. Submitted abstracts should be of academic quality, present an original contribution, and must not have been previously shared or published on any platform. Abstracts should address the study's aim, problem statement, significance, methodology, and findings, while adhering to a scientific tone and style. Turkish orthographic conventions must be observed. This section should be written in Times New Roman, 12 pt, Sentence Case.</w:t>
            </w:r>
            <w:r w:rsidR="003F0DD7">
              <w:rPr>
                <w:color w:val="000000"/>
                <w:lang w:val="en-US"/>
              </w:rPr>
              <w:t xml:space="preserve"> </w:t>
            </w:r>
            <w:r w:rsidR="003F0DD7" w:rsidRPr="0088413C">
              <w:rPr>
                <w:color w:val="000000"/>
                <w:lang w:val="en-US"/>
              </w:rPr>
              <w:t>The abstract text will be placed here. Abstracts must be between 250 and 400 words. Submitted abstracts should be of academic quality, present an original contribution, and must not have been previously shared or published on any platform. Abstracts should address the study's aim, problem statement, significance, methodology, and findings, while adhering to a scientific tone and style. Turkish orthographic conventions must be observed. This section should be written in Times New Roman, 12 pt, Sentence Case.</w:t>
            </w:r>
            <w:r w:rsidR="003F0DD7">
              <w:rPr>
                <w:color w:val="000000"/>
                <w:lang w:val="en-US"/>
              </w:rPr>
              <w:t xml:space="preserve"> </w:t>
            </w:r>
            <w:r w:rsidR="003F0DD7" w:rsidRPr="0088413C">
              <w:rPr>
                <w:color w:val="000000"/>
                <w:lang w:val="en-US"/>
              </w:rPr>
              <w:t>The abstract text will be placed here. Abstracts must be between 250 and 400 words. Submitted abstracts should be of academic quality, present an original contribution, and must not have been previously shared or published on any platform. Abstracts should address the study's aim, problem statement, significance, methodology, and findings, while adhering to a scientific tone and style. Turkish orthographic conventions must be observed. This section should be written in Times New Roman, 12 pt, Sentence Case.</w:t>
            </w:r>
            <w:r w:rsidR="003F0DD7">
              <w:rPr>
                <w:color w:val="000000"/>
                <w:lang w:val="en-US"/>
              </w:rPr>
              <w:t xml:space="preserve"> </w:t>
            </w:r>
            <w:r w:rsidR="003F0DD7" w:rsidRPr="0088413C">
              <w:rPr>
                <w:color w:val="000000"/>
                <w:lang w:val="en-US"/>
              </w:rPr>
              <w:t xml:space="preserve">The abstract text will be placed here. Abstracts must be between 250 and 400 words. </w:t>
            </w:r>
          </w:p>
          <w:p w14:paraId="00277634" w14:textId="53F923FA" w:rsidR="003F0DD7" w:rsidRPr="003F0DD7" w:rsidRDefault="003F0DD7" w:rsidP="003F0DD7">
            <w:pPr>
              <w:pStyle w:val="font-claude-response-body"/>
              <w:jc w:val="both"/>
              <w:rPr>
                <w:color w:val="000000"/>
                <w:lang w:val="en-US"/>
              </w:rPr>
            </w:pPr>
          </w:p>
        </w:tc>
      </w:tr>
      <w:tr w:rsidR="00B34521" w:rsidRPr="00B34521" w14:paraId="5A68FBFB" w14:textId="0FE232DF" w:rsidTr="00B34521">
        <w:trPr>
          <w:trHeight w:val="288"/>
        </w:trPr>
        <w:tc>
          <w:tcPr>
            <w:tcW w:w="2040" w:type="dxa"/>
          </w:tcPr>
          <w:p w14:paraId="11112945" w14:textId="0D8D864B" w:rsidR="00B34521" w:rsidRPr="00B34521" w:rsidRDefault="00B34521" w:rsidP="00B34521">
            <w:pPr>
              <w:spacing w:before="0"/>
              <w:rPr>
                <w:rFonts w:asciiTheme="majorBidi" w:hAnsiTheme="majorBidi" w:cstheme="majorBidi"/>
                <w:sz w:val="24"/>
                <w:szCs w:val="24"/>
              </w:rPr>
            </w:pPr>
            <w:r w:rsidRPr="00B34521">
              <w:rPr>
                <w:rFonts w:asciiTheme="majorBidi" w:hAnsiTheme="majorBidi" w:cstheme="majorBidi"/>
                <w:sz w:val="24"/>
                <w:szCs w:val="24"/>
              </w:rPr>
              <w:t>Key words</w:t>
            </w:r>
          </w:p>
        </w:tc>
        <w:tc>
          <w:tcPr>
            <w:tcW w:w="8112" w:type="dxa"/>
          </w:tcPr>
          <w:p w14:paraId="73C64E1B" w14:textId="4D9AF913" w:rsidR="00B34521" w:rsidRPr="00B34521" w:rsidRDefault="00DE0947" w:rsidP="00B34521">
            <w:pPr>
              <w:rPr>
                <w:rFonts w:asciiTheme="majorBidi" w:hAnsiTheme="majorBidi" w:cstheme="majorBidi"/>
                <w:sz w:val="24"/>
                <w:szCs w:val="24"/>
              </w:rPr>
            </w:pPr>
            <w:r w:rsidRPr="001657D3">
              <w:rPr>
                <w:b/>
                <w:bCs/>
              </w:rPr>
              <w:t>Relevant Branch of Science 1</w:t>
            </w:r>
            <w:r w:rsidRPr="00A81CFB">
              <w:t xml:space="preserve">, Keyword 2, Keyword 3, Keyword 4, Keyword 5. </w:t>
            </w:r>
            <w:r w:rsidRPr="00FB158B">
              <w:rPr>
                <w:rFonts w:cs="Times New Roman"/>
                <w:sz w:val="24"/>
                <w:szCs w:val="24"/>
                <w:lang w:eastAsia="tr-TR"/>
              </w:rPr>
              <w:t>(</w:t>
            </w:r>
            <w:r w:rsidRPr="00FB158B">
              <w:rPr>
                <w:rFonts w:eastAsia="Calibri" w:cs="Times New Roman"/>
                <w:color w:val="222222"/>
                <w:sz w:val="24"/>
                <w:szCs w:val="24"/>
              </w:rPr>
              <w:t>(</w:t>
            </w:r>
            <w:hyperlink r:id="rId10" w:history="1">
              <w:r w:rsidRPr="00FB158B">
                <w:rPr>
                  <w:rStyle w:val="Kpr"/>
                  <w:rFonts w:eastAsia="Calibri" w:cs="Times New Roman"/>
                  <w:sz w:val="24"/>
                  <w:szCs w:val="24"/>
                </w:rPr>
                <w:t>ISNAD 2. The principles of the edition citation system</w:t>
              </w:r>
            </w:hyperlink>
            <w:r w:rsidRPr="00FB158B">
              <w:rPr>
                <w:rFonts w:eastAsia="Calibri" w:cs="Times New Roman"/>
                <w:color w:val="222222"/>
                <w:sz w:val="24"/>
                <w:szCs w:val="24"/>
              </w:rPr>
              <w:t xml:space="preserve"> determined for keywords should be taken as basis.</w:t>
            </w:r>
            <w:r w:rsidRPr="00FB158B">
              <w:rPr>
                <w:rFonts w:cs="Times New Roman"/>
                <w:sz w:val="24"/>
                <w:szCs w:val="24"/>
                <w:lang w:eastAsia="tr-TR"/>
              </w:rPr>
              <w:t>)</w:t>
            </w:r>
          </w:p>
        </w:tc>
      </w:tr>
    </w:tbl>
    <w:p w14:paraId="2FAB0D6A" w14:textId="4779582D" w:rsidR="00B34521" w:rsidRPr="009C62F3" w:rsidRDefault="009C62F3" w:rsidP="00B34521">
      <w:pPr>
        <w:rPr>
          <w:rFonts w:asciiTheme="majorBidi" w:hAnsiTheme="majorBidi" w:cstheme="majorBidi"/>
          <w:color w:val="1F497D" w:themeColor="text2"/>
          <w:sz w:val="24"/>
          <w:szCs w:val="24"/>
        </w:rPr>
      </w:pPr>
      <w:r w:rsidRPr="009C62F3">
        <w:rPr>
          <w:rFonts w:asciiTheme="majorBidi" w:hAnsiTheme="majorBidi" w:cstheme="majorBidi"/>
          <w:b/>
          <w:color w:val="1F497D" w:themeColor="text2"/>
          <w:sz w:val="24"/>
          <w:szCs w:val="24"/>
        </w:rPr>
        <w:t>4. BEYAN</w:t>
      </w:r>
    </w:p>
    <w:tbl>
      <w:tblPr>
        <w:tblStyle w:val="TabloKlavuzu"/>
        <w:tblW w:w="0" w:type="auto"/>
        <w:tblLook w:val="04A0" w:firstRow="1" w:lastRow="0" w:firstColumn="1" w:lastColumn="0" w:noHBand="0" w:noVBand="1"/>
      </w:tblPr>
      <w:tblGrid>
        <w:gridCol w:w="7758"/>
        <w:gridCol w:w="2178"/>
      </w:tblGrid>
      <w:tr w:rsidR="00B34521" w:rsidRPr="00B34521" w14:paraId="1EFA8316" w14:textId="77777777" w:rsidTr="00250342">
        <w:tc>
          <w:tcPr>
            <w:tcW w:w="7758" w:type="dxa"/>
            <w:shd w:val="clear" w:color="auto" w:fill="D9EAF7"/>
          </w:tcPr>
          <w:p w14:paraId="502E5DD2" w14:textId="77777777" w:rsidR="00B34521" w:rsidRPr="00B34521" w:rsidRDefault="00B34521" w:rsidP="00234C0A">
            <w:pPr>
              <w:rPr>
                <w:rFonts w:asciiTheme="majorBidi" w:hAnsiTheme="majorBidi" w:cstheme="majorBidi"/>
                <w:sz w:val="24"/>
                <w:szCs w:val="24"/>
              </w:rPr>
            </w:pPr>
            <w:r w:rsidRPr="00B34521">
              <w:rPr>
                <w:rFonts w:asciiTheme="majorBidi" w:hAnsiTheme="majorBidi" w:cstheme="majorBidi"/>
                <w:sz w:val="24"/>
                <w:szCs w:val="24"/>
              </w:rPr>
              <w:t>Yukarıda verdiğim bilgilerin doğru olduğunu, gönderdiğim çalışmanın özgün olduğunu ve sempozyum başvuru şartlarını kabul ettiğimi beyan ederim.</w:t>
            </w:r>
          </w:p>
        </w:tc>
        <w:sdt>
          <w:sdtPr>
            <w:rPr>
              <w:rFonts w:asciiTheme="majorBidi" w:hAnsiTheme="majorBidi" w:cstheme="majorBidi"/>
              <w:sz w:val="40"/>
              <w:szCs w:val="40"/>
              <w:vertAlign w:val="subscript"/>
            </w:rPr>
            <w:id w:val="-1232308645"/>
            <w14:checkbox>
              <w14:checked w14:val="0"/>
              <w14:checkedState w14:val="2612" w14:font="MS Gothic"/>
              <w14:uncheckedState w14:val="2610" w14:font="MS Gothic"/>
            </w14:checkbox>
          </w:sdtPr>
          <w:sdtContent>
            <w:tc>
              <w:tcPr>
                <w:tcW w:w="2178" w:type="dxa"/>
                <w:shd w:val="clear" w:color="auto" w:fill="D9EAF7"/>
                <w:vAlign w:val="center"/>
              </w:tcPr>
              <w:p w14:paraId="1DD2119D" w14:textId="4142EB30" w:rsidR="00B34521" w:rsidRPr="004941A9" w:rsidRDefault="00250342" w:rsidP="00250342">
                <w:pPr>
                  <w:jc w:val="center"/>
                  <w:rPr>
                    <w:rFonts w:asciiTheme="majorBidi" w:hAnsiTheme="majorBidi" w:cstheme="majorBidi"/>
                    <w:sz w:val="24"/>
                    <w:szCs w:val="24"/>
                    <w:vertAlign w:val="subscript"/>
                  </w:rPr>
                </w:pPr>
                <w:r>
                  <w:rPr>
                    <w:rFonts w:ascii="MS Gothic" w:eastAsia="MS Gothic" w:hAnsi="MS Gothic" w:cstheme="majorBidi" w:hint="eastAsia"/>
                    <w:sz w:val="40"/>
                    <w:szCs w:val="40"/>
                    <w:vertAlign w:val="subscript"/>
                  </w:rPr>
                  <w:t>☐</w:t>
                </w:r>
              </w:p>
            </w:tc>
          </w:sdtContent>
        </w:sdt>
      </w:tr>
      <w:tr w:rsidR="00B34521" w:rsidRPr="00B34521" w14:paraId="449BE3C7" w14:textId="77777777" w:rsidTr="00DE0947">
        <w:tc>
          <w:tcPr>
            <w:tcW w:w="7758" w:type="dxa"/>
          </w:tcPr>
          <w:p w14:paraId="0B83AEAC" w14:textId="77777777" w:rsidR="00B34521" w:rsidRPr="00B34521" w:rsidRDefault="00B34521" w:rsidP="00234C0A">
            <w:pPr>
              <w:rPr>
                <w:rFonts w:asciiTheme="majorBidi" w:hAnsiTheme="majorBidi" w:cstheme="majorBidi"/>
                <w:sz w:val="24"/>
                <w:szCs w:val="24"/>
              </w:rPr>
            </w:pPr>
            <w:r w:rsidRPr="00B34521">
              <w:rPr>
                <w:rFonts w:asciiTheme="majorBidi" w:hAnsiTheme="majorBidi" w:cstheme="majorBidi"/>
                <w:sz w:val="24"/>
                <w:szCs w:val="24"/>
              </w:rPr>
              <w:t>Tarih</w:t>
            </w:r>
          </w:p>
        </w:tc>
        <w:tc>
          <w:tcPr>
            <w:tcW w:w="2178" w:type="dxa"/>
            <w:vAlign w:val="center"/>
          </w:tcPr>
          <w:p w14:paraId="55D0C17E" w14:textId="61621538" w:rsidR="00B34521" w:rsidRPr="00B34521" w:rsidRDefault="00AA6518" w:rsidP="00DE0947">
            <w:pPr>
              <w:jc w:val="center"/>
              <w:rPr>
                <w:rFonts w:asciiTheme="majorBidi" w:hAnsiTheme="majorBidi" w:cstheme="majorBidi"/>
                <w:sz w:val="24"/>
                <w:szCs w:val="24"/>
              </w:rPr>
            </w:pPr>
            <w:r>
              <w:rPr>
                <w:rFonts w:asciiTheme="majorBidi" w:hAnsiTheme="majorBidi" w:cstheme="majorBidi"/>
                <w:sz w:val="24"/>
                <w:szCs w:val="24"/>
              </w:rPr>
              <w:t>..</w:t>
            </w:r>
            <w:r w:rsidR="00DE0947">
              <w:rPr>
                <w:rFonts w:asciiTheme="majorBidi" w:hAnsiTheme="majorBidi" w:cstheme="majorBidi"/>
                <w:sz w:val="24"/>
                <w:szCs w:val="24"/>
              </w:rPr>
              <w:t>.</w:t>
            </w:r>
            <w:r>
              <w:rPr>
                <w:rFonts w:asciiTheme="majorBidi" w:hAnsiTheme="majorBidi" w:cstheme="majorBidi"/>
                <w:sz w:val="24"/>
                <w:szCs w:val="24"/>
              </w:rPr>
              <w:t>/..</w:t>
            </w:r>
            <w:r w:rsidR="00DE0947">
              <w:rPr>
                <w:rFonts w:asciiTheme="majorBidi" w:hAnsiTheme="majorBidi" w:cstheme="majorBidi"/>
                <w:sz w:val="24"/>
                <w:szCs w:val="24"/>
              </w:rPr>
              <w:t>.</w:t>
            </w:r>
            <w:r>
              <w:rPr>
                <w:rFonts w:asciiTheme="majorBidi" w:hAnsiTheme="majorBidi" w:cstheme="majorBidi"/>
                <w:sz w:val="24"/>
                <w:szCs w:val="24"/>
              </w:rPr>
              <w:t>/</w:t>
            </w:r>
            <w:r w:rsidR="00DE0947">
              <w:rPr>
                <w:rFonts w:asciiTheme="majorBidi" w:hAnsiTheme="majorBidi" w:cstheme="majorBidi"/>
                <w:sz w:val="24"/>
                <w:szCs w:val="24"/>
              </w:rPr>
              <w:t>2026</w:t>
            </w:r>
          </w:p>
        </w:tc>
      </w:tr>
    </w:tbl>
    <w:p w14:paraId="6B74B8B5" w14:textId="77777777" w:rsidR="0065647E" w:rsidRPr="00B34521" w:rsidRDefault="0065647E">
      <w:pPr>
        <w:rPr>
          <w:rFonts w:asciiTheme="majorBidi" w:hAnsiTheme="majorBidi" w:cstheme="majorBidi"/>
          <w:sz w:val="24"/>
          <w:szCs w:val="24"/>
        </w:rPr>
      </w:pPr>
    </w:p>
    <w:sectPr w:rsidR="0065647E" w:rsidRPr="00B34521" w:rsidSect="00034616">
      <w:footerReference w:type="default" r:id="rId11"/>
      <w:pgSz w:w="12240" w:h="15840"/>
      <w:pgMar w:top="1008" w:right="1152" w:bottom="1008" w:left="115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50D903" w14:textId="77777777" w:rsidR="00411DA3" w:rsidRDefault="00411DA3" w:rsidP="00B34521">
      <w:pPr>
        <w:spacing w:before="0" w:after="0" w:line="240" w:lineRule="auto"/>
      </w:pPr>
      <w:r>
        <w:separator/>
      </w:r>
    </w:p>
  </w:endnote>
  <w:endnote w:type="continuationSeparator" w:id="0">
    <w:p w14:paraId="341E1E08" w14:textId="77777777" w:rsidR="00411DA3" w:rsidRDefault="00411DA3" w:rsidP="00B34521">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A2"/>
    <w:family w:val="swiss"/>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30718331"/>
      <w:docPartObj>
        <w:docPartGallery w:val="Page Numbers (Bottom of Page)"/>
        <w:docPartUnique/>
      </w:docPartObj>
    </w:sdtPr>
    <w:sdtContent>
      <w:p w14:paraId="761A1EAD" w14:textId="75CC69F7" w:rsidR="00B34521" w:rsidRDefault="00B34521">
        <w:pPr>
          <w:pStyle w:val="AltBilgi"/>
          <w:jc w:val="right"/>
        </w:pPr>
        <w:r>
          <w:fldChar w:fldCharType="begin"/>
        </w:r>
        <w:r>
          <w:instrText>PAGE   \* MERGEFORMAT</w:instrText>
        </w:r>
        <w:r>
          <w:fldChar w:fldCharType="separate"/>
        </w:r>
        <w:r>
          <w:t>2</w:t>
        </w:r>
        <w:r>
          <w:fldChar w:fldCharType="end"/>
        </w:r>
      </w:p>
    </w:sdtContent>
  </w:sdt>
  <w:p w14:paraId="03C14787" w14:textId="77777777" w:rsidR="00B34521" w:rsidRDefault="00B34521">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4EF21E" w14:textId="77777777" w:rsidR="00411DA3" w:rsidRDefault="00411DA3" w:rsidP="00B34521">
      <w:pPr>
        <w:spacing w:before="0" w:after="0" w:line="240" w:lineRule="auto"/>
      </w:pPr>
      <w:r>
        <w:separator/>
      </w:r>
    </w:p>
  </w:footnote>
  <w:footnote w:type="continuationSeparator" w:id="0">
    <w:p w14:paraId="597C6F33" w14:textId="77777777" w:rsidR="00411DA3" w:rsidRDefault="00411DA3" w:rsidP="00B34521">
      <w:pPr>
        <w:spacing w:before="0" w:after="0" w:line="240" w:lineRule="auto"/>
      </w:pPr>
      <w:r>
        <w:continuationSeparator/>
      </w:r>
    </w:p>
  </w:footnote>
  <w:footnote w:id="1">
    <w:p w14:paraId="5B22C4C3" w14:textId="6EC5511F" w:rsidR="00DE0947" w:rsidRPr="008614DC" w:rsidRDefault="00DE0947" w:rsidP="003F0DD7">
      <w:pPr>
        <w:pStyle w:val="DipnotMetni"/>
        <w:ind w:left="120"/>
        <w:rPr>
          <w:rFonts w:cs="Times New Roman"/>
        </w:rPr>
      </w:pPr>
      <w:r w:rsidRPr="008614DC">
        <w:rPr>
          <w:rFonts w:cs="Times New Roman"/>
        </w:rPr>
        <w:t>Şablonu doldurduktan sonra dosya adını sorumlu yazar adı</w:t>
      </w:r>
      <w:r>
        <w:rPr>
          <w:rFonts w:cs="Times New Roman"/>
        </w:rPr>
        <w:t xml:space="preserve"> </w:t>
      </w:r>
      <w:r w:rsidRPr="008614DC">
        <w:rPr>
          <w:rFonts w:cs="Times New Roman"/>
        </w:rPr>
        <w:t>soyadı yaparak dosyanın word sürümünü</w:t>
      </w:r>
      <w:r>
        <w:rPr>
          <w:rFonts w:cs="Times New Roman"/>
        </w:rPr>
        <w:t xml:space="preserve"> </w:t>
      </w:r>
      <w:hyperlink r:id="rId1" w:history="1">
        <w:r w:rsidRPr="005C2AB5">
          <w:rPr>
            <w:rStyle w:val="Kpr"/>
            <w:rFonts w:cs="Times New Roman"/>
          </w:rPr>
          <w:t>ebyuilahiyatsempozyum@erzincan.edu.tr</w:t>
        </w:r>
      </w:hyperlink>
      <w:r>
        <w:rPr>
          <w:rFonts w:cs="Times New Roman"/>
        </w:rPr>
        <w:t xml:space="preserve"> </w:t>
      </w:r>
      <w:r w:rsidRPr="008614DC">
        <w:rPr>
          <w:rFonts w:cs="Times New Roman"/>
        </w:rPr>
        <w:t>adresi</w:t>
      </w:r>
      <w:r>
        <w:rPr>
          <w:rFonts w:cs="Times New Roman"/>
        </w:rPr>
        <w:t xml:space="preserve">ne </w:t>
      </w:r>
      <w:r w:rsidRPr="008614DC">
        <w:rPr>
          <w:rFonts w:cs="Times New Roman"/>
        </w:rPr>
        <w:t>gönderiniz</w:t>
      </w:r>
      <w:r w:rsidR="003F0DD7">
        <w:rPr>
          <w:rFonts w:cs="Times New Roman"/>
        </w:rPr>
        <w:t>/</w:t>
      </w:r>
      <w:r w:rsidRPr="009463D0">
        <w:rPr>
          <w:rFonts w:cs="Times New Roman"/>
          <w:lang w:val="en"/>
        </w:rPr>
        <w:t>Please send your abstracts (in word) to</w:t>
      </w:r>
      <w:r>
        <w:rPr>
          <w:rFonts w:cs="Times New Roman"/>
          <w:lang w:val="en"/>
        </w:rPr>
        <w:t xml:space="preserve"> </w:t>
      </w:r>
      <w:hyperlink r:id="rId2" w:history="1">
        <w:r w:rsidRPr="004D7207">
          <w:rPr>
            <w:rStyle w:val="Kpr"/>
            <w:rFonts w:cs="Times New Roman"/>
          </w:rPr>
          <w:t>ebyuilahiyatsempozyum@erzincan.edu.tr</w:t>
        </w:r>
      </w:hyperlink>
      <w:r>
        <w:rPr>
          <w:rFonts w:cs="Times New Roman"/>
        </w:rPr>
        <w:t xml:space="preserve">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eNumara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eNumara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eMaddemi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eMaddemi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eNumaras"/>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eMaddemi"/>
      <w:lvlText w:val=""/>
      <w:lvlJc w:val="left"/>
      <w:pPr>
        <w:tabs>
          <w:tab w:val="num" w:pos="360"/>
        </w:tabs>
        <w:ind w:left="360" w:hanging="360"/>
      </w:pPr>
      <w:rPr>
        <w:rFonts w:ascii="Symbol" w:hAnsi="Symbol" w:hint="default"/>
      </w:rPr>
    </w:lvl>
  </w:abstractNum>
  <w:num w:numId="1" w16cid:durableId="1412701381">
    <w:abstractNumId w:val="8"/>
  </w:num>
  <w:num w:numId="2" w16cid:durableId="333150946">
    <w:abstractNumId w:val="6"/>
  </w:num>
  <w:num w:numId="3" w16cid:durableId="742489711">
    <w:abstractNumId w:val="5"/>
  </w:num>
  <w:num w:numId="4" w16cid:durableId="1088503762">
    <w:abstractNumId w:val="4"/>
  </w:num>
  <w:num w:numId="5" w16cid:durableId="738479200">
    <w:abstractNumId w:val="7"/>
  </w:num>
  <w:num w:numId="6" w16cid:durableId="1032923555">
    <w:abstractNumId w:val="3"/>
  </w:num>
  <w:num w:numId="7" w16cid:durableId="1358510424">
    <w:abstractNumId w:val="2"/>
  </w:num>
  <w:num w:numId="8" w16cid:durableId="731002016">
    <w:abstractNumId w:val="1"/>
  </w:num>
  <w:num w:numId="9" w16cid:durableId="178541579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07059E"/>
    <w:rsid w:val="00112723"/>
    <w:rsid w:val="0015074B"/>
    <w:rsid w:val="001657D3"/>
    <w:rsid w:val="001D083B"/>
    <w:rsid w:val="00250342"/>
    <w:rsid w:val="00275C1D"/>
    <w:rsid w:val="0029639D"/>
    <w:rsid w:val="00326F90"/>
    <w:rsid w:val="003F0DD7"/>
    <w:rsid w:val="00411DA3"/>
    <w:rsid w:val="004941A9"/>
    <w:rsid w:val="004D6B2C"/>
    <w:rsid w:val="005C097A"/>
    <w:rsid w:val="0065647E"/>
    <w:rsid w:val="00945F14"/>
    <w:rsid w:val="009C62F3"/>
    <w:rsid w:val="00AA1D8D"/>
    <w:rsid w:val="00AA6518"/>
    <w:rsid w:val="00B126E4"/>
    <w:rsid w:val="00B34521"/>
    <w:rsid w:val="00B47730"/>
    <w:rsid w:val="00CB0664"/>
    <w:rsid w:val="00CD10F4"/>
    <w:rsid w:val="00DE0947"/>
    <w:rsid w:val="00E07554"/>
    <w:rsid w:val="00E7162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4925D6E"/>
  <w14:defaultImageDpi w14:val="330"/>
  <w15:docId w15:val="{9326AC59-5C63-4F57-8A1E-30FF6216C9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before="60" w:after="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E0947"/>
    <w:rPr>
      <w:rFonts w:ascii="Times New Roman" w:eastAsia="Times New Roman" w:hAnsi="Times New Roman"/>
      <w:lang w:val="tr-TR"/>
    </w:rPr>
  </w:style>
  <w:style w:type="paragraph" w:styleId="Balk1">
    <w:name w:val="heading 1"/>
    <w:basedOn w:val="Normal"/>
    <w:next w:val="Normal"/>
    <w:link w:val="Balk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Balk2">
    <w:name w:val="heading 2"/>
    <w:basedOn w:val="Normal"/>
    <w:next w:val="Normal"/>
    <w:link w:val="Balk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Balk3">
    <w:name w:val="heading 3"/>
    <w:basedOn w:val="Normal"/>
    <w:next w:val="Normal"/>
    <w:link w:val="Balk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Balk4">
    <w:name w:val="heading 4"/>
    <w:basedOn w:val="Normal"/>
    <w:next w:val="Normal"/>
    <w:link w:val="Balk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Balk5">
    <w:name w:val="heading 5"/>
    <w:basedOn w:val="Normal"/>
    <w:next w:val="Normal"/>
    <w:link w:val="Balk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Balk6">
    <w:name w:val="heading 6"/>
    <w:basedOn w:val="Normal"/>
    <w:next w:val="Normal"/>
    <w:link w:val="Balk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Balk7">
    <w:name w:val="heading 7"/>
    <w:basedOn w:val="Normal"/>
    <w:next w:val="Normal"/>
    <w:link w:val="Balk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Balk8">
    <w:name w:val="heading 8"/>
    <w:basedOn w:val="Normal"/>
    <w:next w:val="Normal"/>
    <w:link w:val="Balk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Balk9">
    <w:name w:val="heading 9"/>
    <w:basedOn w:val="Normal"/>
    <w:next w:val="Normal"/>
    <w:link w:val="Balk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E618BF"/>
    <w:pPr>
      <w:tabs>
        <w:tab w:val="center" w:pos="4680"/>
        <w:tab w:val="right" w:pos="9360"/>
      </w:tabs>
      <w:spacing w:after="0" w:line="240" w:lineRule="auto"/>
    </w:pPr>
  </w:style>
  <w:style w:type="character" w:customStyle="1" w:styleId="stBilgiChar">
    <w:name w:val="Üst Bilgi Char"/>
    <w:basedOn w:val="VarsaylanParagrafYazTipi"/>
    <w:link w:val="stBilgi"/>
    <w:uiPriority w:val="99"/>
    <w:rsid w:val="00E618BF"/>
  </w:style>
  <w:style w:type="paragraph" w:styleId="AltBilgi">
    <w:name w:val="footer"/>
    <w:basedOn w:val="Normal"/>
    <w:link w:val="AltBilgiChar"/>
    <w:uiPriority w:val="99"/>
    <w:unhideWhenUsed/>
    <w:rsid w:val="00E618BF"/>
    <w:pPr>
      <w:tabs>
        <w:tab w:val="center" w:pos="4680"/>
        <w:tab w:val="right" w:pos="9360"/>
      </w:tabs>
      <w:spacing w:after="0" w:line="240" w:lineRule="auto"/>
    </w:pPr>
  </w:style>
  <w:style w:type="character" w:customStyle="1" w:styleId="AltBilgiChar">
    <w:name w:val="Alt Bilgi Char"/>
    <w:basedOn w:val="VarsaylanParagrafYazTipi"/>
    <w:link w:val="AltBilgi"/>
    <w:uiPriority w:val="99"/>
    <w:rsid w:val="00E618BF"/>
  </w:style>
  <w:style w:type="paragraph" w:styleId="AralkYok">
    <w:name w:val="No Spacing"/>
    <w:uiPriority w:val="1"/>
    <w:qFormat/>
    <w:rsid w:val="00FC693F"/>
    <w:pPr>
      <w:spacing w:after="0" w:line="240" w:lineRule="auto"/>
    </w:pPr>
  </w:style>
  <w:style w:type="character" w:customStyle="1" w:styleId="Balk1Char">
    <w:name w:val="Başlık 1 Char"/>
    <w:basedOn w:val="VarsaylanParagrafYazTipi"/>
    <w:link w:val="Balk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Balk2Char">
    <w:name w:val="Başlık 2 Char"/>
    <w:basedOn w:val="VarsaylanParagrafYazTipi"/>
    <w:link w:val="Balk2"/>
    <w:uiPriority w:val="9"/>
    <w:rsid w:val="00FC693F"/>
    <w:rPr>
      <w:rFonts w:asciiTheme="majorHAnsi" w:eastAsiaTheme="majorEastAsia" w:hAnsiTheme="majorHAnsi" w:cstheme="majorBidi"/>
      <w:b/>
      <w:bCs/>
      <w:color w:val="4F81BD" w:themeColor="accent1"/>
      <w:sz w:val="26"/>
      <w:szCs w:val="26"/>
    </w:rPr>
  </w:style>
  <w:style w:type="character" w:customStyle="1" w:styleId="Balk3Char">
    <w:name w:val="Başlık 3 Char"/>
    <w:basedOn w:val="VarsaylanParagrafYazTipi"/>
    <w:link w:val="Balk3"/>
    <w:uiPriority w:val="9"/>
    <w:rsid w:val="00FC693F"/>
    <w:rPr>
      <w:rFonts w:asciiTheme="majorHAnsi" w:eastAsiaTheme="majorEastAsia" w:hAnsiTheme="majorHAnsi" w:cstheme="majorBidi"/>
      <w:b/>
      <w:bCs/>
      <w:color w:val="4F81BD" w:themeColor="accent1"/>
    </w:rPr>
  </w:style>
  <w:style w:type="paragraph" w:styleId="KonuBal">
    <w:name w:val="Title"/>
    <w:basedOn w:val="Normal"/>
    <w:next w:val="Normal"/>
    <w:link w:val="KonuBal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KonuBalChar">
    <w:name w:val="Konu Başlığı Char"/>
    <w:basedOn w:val="VarsaylanParagrafYazTipi"/>
    <w:link w:val="KonuBal"/>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ltyaz">
    <w:name w:val="Subtitle"/>
    <w:basedOn w:val="Normal"/>
    <w:next w:val="Normal"/>
    <w:link w:val="Altyaz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ltyazChar">
    <w:name w:val="Altyazı Char"/>
    <w:basedOn w:val="VarsaylanParagrafYazTipi"/>
    <w:link w:val="Altyaz"/>
    <w:uiPriority w:val="11"/>
    <w:rsid w:val="00FC693F"/>
    <w:rPr>
      <w:rFonts w:asciiTheme="majorHAnsi" w:eastAsiaTheme="majorEastAsia" w:hAnsiTheme="majorHAnsi" w:cstheme="majorBidi"/>
      <w:i/>
      <w:iCs/>
      <w:color w:val="4F81BD" w:themeColor="accent1"/>
      <w:spacing w:val="15"/>
      <w:sz w:val="24"/>
      <w:szCs w:val="24"/>
    </w:rPr>
  </w:style>
  <w:style w:type="paragraph" w:styleId="ListeParagraf">
    <w:name w:val="List Paragraph"/>
    <w:basedOn w:val="Normal"/>
    <w:uiPriority w:val="34"/>
    <w:qFormat/>
    <w:rsid w:val="00FC693F"/>
    <w:pPr>
      <w:ind w:left="720"/>
      <w:contextualSpacing/>
    </w:pPr>
  </w:style>
  <w:style w:type="paragraph" w:styleId="GvdeMetni">
    <w:name w:val="Body Text"/>
    <w:basedOn w:val="Normal"/>
    <w:link w:val="GvdeMetniChar"/>
    <w:uiPriority w:val="99"/>
    <w:unhideWhenUsed/>
    <w:rsid w:val="00AA1D8D"/>
    <w:pPr>
      <w:spacing w:after="120"/>
    </w:pPr>
  </w:style>
  <w:style w:type="character" w:customStyle="1" w:styleId="GvdeMetniChar">
    <w:name w:val="Gövde Metni Char"/>
    <w:basedOn w:val="VarsaylanParagrafYazTipi"/>
    <w:link w:val="GvdeMetni"/>
    <w:uiPriority w:val="99"/>
    <w:rsid w:val="00AA1D8D"/>
  </w:style>
  <w:style w:type="paragraph" w:styleId="GvdeMetni2">
    <w:name w:val="Body Text 2"/>
    <w:basedOn w:val="Normal"/>
    <w:link w:val="GvdeMetni2Char"/>
    <w:uiPriority w:val="99"/>
    <w:unhideWhenUsed/>
    <w:rsid w:val="00AA1D8D"/>
    <w:pPr>
      <w:spacing w:after="120" w:line="480" w:lineRule="auto"/>
    </w:pPr>
  </w:style>
  <w:style w:type="character" w:customStyle="1" w:styleId="GvdeMetni2Char">
    <w:name w:val="Gövde Metni 2 Char"/>
    <w:basedOn w:val="VarsaylanParagrafYazTipi"/>
    <w:link w:val="GvdeMetni2"/>
    <w:uiPriority w:val="99"/>
    <w:rsid w:val="00AA1D8D"/>
  </w:style>
  <w:style w:type="paragraph" w:styleId="GvdeMetni3">
    <w:name w:val="Body Text 3"/>
    <w:basedOn w:val="Normal"/>
    <w:link w:val="GvdeMetni3Char"/>
    <w:uiPriority w:val="99"/>
    <w:unhideWhenUsed/>
    <w:rsid w:val="00AA1D8D"/>
    <w:pPr>
      <w:spacing w:after="120"/>
    </w:pPr>
    <w:rPr>
      <w:sz w:val="16"/>
      <w:szCs w:val="16"/>
    </w:rPr>
  </w:style>
  <w:style w:type="character" w:customStyle="1" w:styleId="GvdeMetni3Char">
    <w:name w:val="Gövde Metni 3 Char"/>
    <w:basedOn w:val="VarsaylanParagrafYazTipi"/>
    <w:link w:val="GvdeMetni3"/>
    <w:uiPriority w:val="99"/>
    <w:rsid w:val="00AA1D8D"/>
    <w:rPr>
      <w:sz w:val="16"/>
      <w:szCs w:val="16"/>
    </w:rPr>
  </w:style>
  <w:style w:type="paragraph" w:styleId="Liste">
    <w:name w:val="List"/>
    <w:basedOn w:val="Normal"/>
    <w:uiPriority w:val="99"/>
    <w:unhideWhenUsed/>
    <w:rsid w:val="00AA1D8D"/>
    <w:pPr>
      <w:ind w:left="360" w:hanging="360"/>
      <w:contextualSpacing/>
    </w:pPr>
  </w:style>
  <w:style w:type="paragraph" w:styleId="Liste2">
    <w:name w:val="List 2"/>
    <w:basedOn w:val="Normal"/>
    <w:uiPriority w:val="99"/>
    <w:unhideWhenUsed/>
    <w:rsid w:val="00326F90"/>
    <w:pPr>
      <w:ind w:left="720" w:hanging="360"/>
      <w:contextualSpacing/>
    </w:pPr>
  </w:style>
  <w:style w:type="paragraph" w:styleId="Liste3">
    <w:name w:val="List 3"/>
    <w:basedOn w:val="Normal"/>
    <w:uiPriority w:val="99"/>
    <w:unhideWhenUsed/>
    <w:rsid w:val="00326F90"/>
    <w:pPr>
      <w:ind w:left="1080" w:hanging="360"/>
      <w:contextualSpacing/>
    </w:pPr>
  </w:style>
  <w:style w:type="paragraph" w:styleId="ListeMaddemi">
    <w:name w:val="List Bullet"/>
    <w:basedOn w:val="Normal"/>
    <w:uiPriority w:val="99"/>
    <w:unhideWhenUsed/>
    <w:rsid w:val="00326F90"/>
    <w:pPr>
      <w:numPr>
        <w:numId w:val="1"/>
      </w:numPr>
      <w:contextualSpacing/>
    </w:pPr>
  </w:style>
  <w:style w:type="paragraph" w:styleId="ListeMaddemi2">
    <w:name w:val="List Bullet 2"/>
    <w:basedOn w:val="Normal"/>
    <w:uiPriority w:val="99"/>
    <w:unhideWhenUsed/>
    <w:rsid w:val="00326F90"/>
    <w:pPr>
      <w:numPr>
        <w:numId w:val="2"/>
      </w:numPr>
      <w:contextualSpacing/>
    </w:pPr>
  </w:style>
  <w:style w:type="paragraph" w:styleId="ListeMaddemi3">
    <w:name w:val="List Bullet 3"/>
    <w:basedOn w:val="Normal"/>
    <w:uiPriority w:val="99"/>
    <w:unhideWhenUsed/>
    <w:rsid w:val="00326F90"/>
    <w:pPr>
      <w:numPr>
        <w:numId w:val="3"/>
      </w:numPr>
      <w:contextualSpacing/>
    </w:pPr>
  </w:style>
  <w:style w:type="paragraph" w:styleId="ListeNumaras">
    <w:name w:val="List Number"/>
    <w:basedOn w:val="Normal"/>
    <w:uiPriority w:val="99"/>
    <w:unhideWhenUsed/>
    <w:rsid w:val="00326F90"/>
    <w:pPr>
      <w:numPr>
        <w:numId w:val="5"/>
      </w:numPr>
      <w:contextualSpacing/>
    </w:pPr>
  </w:style>
  <w:style w:type="paragraph" w:styleId="ListeNumaras2">
    <w:name w:val="List Number 2"/>
    <w:basedOn w:val="Normal"/>
    <w:uiPriority w:val="99"/>
    <w:unhideWhenUsed/>
    <w:rsid w:val="0029639D"/>
    <w:pPr>
      <w:numPr>
        <w:numId w:val="6"/>
      </w:numPr>
      <w:contextualSpacing/>
    </w:pPr>
  </w:style>
  <w:style w:type="paragraph" w:styleId="ListeNumaras3">
    <w:name w:val="List Number 3"/>
    <w:basedOn w:val="Normal"/>
    <w:uiPriority w:val="99"/>
    <w:unhideWhenUsed/>
    <w:rsid w:val="0029639D"/>
    <w:pPr>
      <w:numPr>
        <w:numId w:val="7"/>
      </w:numPr>
      <w:contextualSpacing/>
    </w:pPr>
  </w:style>
  <w:style w:type="paragraph" w:styleId="ListeDevam">
    <w:name w:val="List Continue"/>
    <w:basedOn w:val="Normal"/>
    <w:uiPriority w:val="99"/>
    <w:unhideWhenUsed/>
    <w:rsid w:val="0029639D"/>
    <w:pPr>
      <w:spacing w:after="120"/>
      <w:ind w:left="360"/>
      <w:contextualSpacing/>
    </w:pPr>
  </w:style>
  <w:style w:type="paragraph" w:styleId="ListeDevam2">
    <w:name w:val="List Continue 2"/>
    <w:basedOn w:val="Normal"/>
    <w:uiPriority w:val="99"/>
    <w:unhideWhenUsed/>
    <w:rsid w:val="0029639D"/>
    <w:pPr>
      <w:spacing w:after="120"/>
      <w:ind w:left="720"/>
      <w:contextualSpacing/>
    </w:pPr>
  </w:style>
  <w:style w:type="paragraph" w:styleId="ListeDevam3">
    <w:name w:val="List Continue 3"/>
    <w:basedOn w:val="Normal"/>
    <w:uiPriority w:val="99"/>
    <w:unhideWhenUsed/>
    <w:rsid w:val="0029639D"/>
    <w:pPr>
      <w:spacing w:after="120"/>
      <w:ind w:left="1080"/>
      <w:contextualSpacing/>
    </w:pPr>
  </w:style>
  <w:style w:type="paragraph" w:styleId="MakroMetni">
    <w:name w:val="macro"/>
    <w:link w:val="MakroMetni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kroMetniChar">
    <w:name w:val="Makro Metni Char"/>
    <w:basedOn w:val="VarsaylanParagrafYazTipi"/>
    <w:link w:val="MakroMetni"/>
    <w:uiPriority w:val="99"/>
    <w:rsid w:val="0029639D"/>
    <w:rPr>
      <w:rFonts w:ascii="Courier" w:hAnsi="Courier"/>
      <w:sz w:val="20"/>
      <w:szCs w:val="20"/>
    </w:rPr>
  </w:style>
  <w:style w:type="paragraph" w:styleId="Alnt">
    <w:name w:val="Quote"/>
    <w:basedOn w:val="Normal"/>
    <w:next w:val="Normal"/>
    <w:link w:val="AlntChar"/>
    <w:uiPriority w:val="29"/>
    <w:qFormat/>
    <w:rsid w:val="00FC693F"/>
    <w:rPr>
      <w:i/>
      <w:iCs/>
      <w:color w:val="000000" w:themeColor="text1"/>
    </w:rPr>
  </w:style>
  <w:style w:type="character" w:customStyle="1" w:styleId="AlntChar">
    <w:name w:val="Alıntı Char"/>
    <w:basedOn w:val="VarsaylanParagrafYazTipi"/>
    <w:link w:val="Alnt"/>
    <w:uiPriority w:val="29"/>
    <w:rsid w:val="00FC693F"/>
    <w:rPr>
      <w:i/>
      <w:iCs/>
      <w:color w:val="000000" w:themeColor="text1"/>
    </w:rPr>
  </w:style>
  <w:style w:type="character" w:customStyle="1" w:styleId="Balk4Char">
    <w:name w:val="Başlık 4 Char"/>
    <w:basedOn w:val="VarsaylanParagrafYazTipi"/>
    <w:link w:val="Balk4"/>
    <w:uiPriority w:val="9"/>
    <w:semiHidden/>
    <w:rsid w:val="00FC693F"/>
    <w:rPr>
      <w:rFonts w:asciiTheme="majorHAnsi" w:eastAsiaTheme="majorEastAsia" w:hAnsiTheme="majorHAnsi" w:cstheme="majorBidi"/>
      <w:b/>
      <w:bCs/>
      <w:i/>
      <w:iCs/>
      <w:color w:val="4F81BD" w:themeColor="accent1"/>
    </w:rPr>
  </w:style>
  <w:style w:type="character" w:customStyle="1" w:styleId="Balk5Char">
    <w:name w:val="Başlık 5 Char"/>
    <w:basedOn w:val="VarsaylanParagrafYazTipi"/>
    <w:link w:val="Balk5"/>
    <w:uiPriority w:val="9"/>
    <w:semiHidden/>
    <w:rsid w:val="00FC693F"/>
    <w:rPr>
      <w:rFonts w:asciiTheme="majorHAnsi" w:eastAsiaTheme="majorEastAsia" w:hAnsiTheme="majorHAnsi" w:cstheme="majorBidi"/>
      <w:color w:val="243F60" w:themeColor="accent1" w:themeShade="7F"/>
    </w:rPr>
  </w:style>
  <w:style w:type="character" w:customStyle="1" w:styleId="Balk6Char">
    <w:name w:val="Başlık 6 Char"/>
    <w:basedOn w:val="VarsaylanParagrafYazTipi"/>
    <w:link w:val="Balk6"/>
    <w:uiPriority w:val="9"/>
    <w:semiHidden/>
    <w:rsid w:val="00FC693F"/>
    <w:rPr>
      <w:rFonts w:asciiTheme="majorHAnsi" w:eastAsiaTheme="majorEastAsia" w:hAnsiTheme="majorHAnsi" w:cstheme="majorBidi"/>
      <w:i/>
      <w:iCs/>
      <w:color w:val="243F60" w:themeColor="accent1" w:themeShade="7F"/>
    </w:rPr>
  </w:style>
  <w:style w:type="character" w:customStyle="1" w:styleId="Balk7Char">
    <w:name w:val="Başlık 7 Char"/>
    <w:basedOn w:val="VarsaylanParagrafYazTipi"/>
    <w:link w:val="Balk7"/>
    <w:uiPriority w:val="9"/>
    <w:semiHidden/>
    <w:rsid w:val="00FC693F"/>
    <w:rPr>
      <w:rFonts w:asciiTheme="majorHAnsi" w:eastAsiaTheme="majorEastAsia" w:hAnsiTheme="majorHAnsi" w:cstheme="majorBidi"/>
      <w:i/>
      <w:iCs/>
      <w:color w:val="404040" w:themeColor="text1" w:themeTint="BF"/>
    </w:rPr>
  </w:style>
  <w:style w:type="character" w:customStyle="1" w:styleId="Balk8Char">
    <w:name w:val="Başlık 8 Char"/>
    <w:basedOn w:val="VarsaylanParagrafYazTipi"/>
    <w:link w:val="Balk8"/>
    <w:uiPriority w:val="9"/>
    <w:semiHidden/>
    <w:rsid w:val="00FC693F"/>
    <w:rPr>
      <w:rFonts w:asciiTheme="majorHAnsi" w:eastAsiaTheme="majorEastAsia" w:hAnsiTheme="majorHAnsi" w:cstheme="majorBidi"/>
      <w:color w:val="4F81BD" w:themeColor="accent1"/>
      <w:sz w:val="20"/>
      <w:szCs w:val="20"/>
    </w:rPr>
  </w:style>
  <w:style w:type="character" w:customStyle="1" w:styleId="Balk9Char">
    <w:name w:val="Başlık 9 Char"/>
    <w:basedOn w:val="VarsaylanParagrafYazTipi"/>
    <w:link w:val="Balk9"/>
    <w:uiPriority w:val="9"/>
    <w:semiHidden/>
    <w:rsid w:val="00FC693F"/>
    <w:rPr>
      <w:rFonts w:asciiTheme="majorHAnsi" w:eastAsiaTheme="majorEastAsia" w:hAnsiTheme="majorHAnsi" w:cstheme="majorBidi"/>
      <w:i/>
      <w:iCs/>
      <w:color w:val="404040" w:themeColor="text1" w:themeTint="BF"/>
      <w:sz w:val="20"/>
      <w:szCs w:val="20"/>
    </w:rPr>
  </w:style>
  <w:style w:type="paragraph" w:styleId="ResimYazs">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Gl">
    <w:name w:val="Strong"/>
    <w:basedOn w:val="VarsaylanParagrafYazTipi"/>
    <w:uiPriority w:val="22"/>
    <w:qFormat/>
    <w:rsid w:val="00FC693F"/>
    <w:rPr>
      <w:b/>
      <w:bCs/>
    </w:rPr>
  </w:style>
  <w:style w:type="character" w:styleId="Vurgu">
    <w:name w:val="Emphasis"/>
    <w:basedOn w:val="VarsaylanParagrafYazTipi"/>
    <w:uiPriority w:val="20"/>
    <w:qFormat/>
    <w:rsid w:val="00FC693F"/>
    <w:rPr>
      <w:i/>
      <w:iCs/>
    </w:rPr>
  </w:style>
  <w:style w:type="paragraph" w:styleId="GlAlnt">
    <w:name w:val="Intense Quote"/>
    <w:basedOn w:val="Normal"/>
    <w:next w:val="Normal"/>
    <w:link w:val="GlAlnt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GlAlntChar">
    <w:name w:val="Güçlü Alıntı Char"/>
    <w:basedOn w:val="VarsaylanParagrafYazTipi"/>
    <w:link w:val="GlAlnt"/>
    <w:uiPriority w:val="30"/>
    <w:rsid w:val="00FC693F"/>
    <w:rPr>
      <w:b/>
      <w:bCs/>
      <w:i/>
      <w:iCs/>
      <w:color w:val="4F81BD" w:themeColor="accent1"/>
    </w:rPr>
  </w:style>
  <w:style w:type="character" w:styleId="HafifVurgulama">
    <w:name w:val="Subtle Emphasis"/>
    <w:basedOn w:val="VarsaylanParagrafYazTipi"/>
    <w:uiPriority w:val="19"/>
    <w:qFormat/>
    <w:rsid w:val="00FC693F"/>
    <w:rPr>
      <w:i/>
      <w:iCs/>
      <w:color w:val="808080" w:themeColor="text1" w:themeTint="7F"/>
    </w:rPr>
  </w:style>
  <w:style w:type="character" w:styleId="GlVurgulama">
    <w:name w:val="Intense Emphasis"/>
    <w:basedOn w:val="VarsaylanParagrafYazTipi"/>
    <w:uiPriority w:val="21"/>
    <w:qFormat/>
    <w:rsid w:val="00FC693F"/>
    <w:rPr>
      <w:b/>
      <w:bCs/>
      <w:i/>
      <w:iCs/>
      <w:color w:val="4F81BD" w:themeColor="accent1"/>
    </w:rPr>
  </w:style>
  <w:style w:type="character" w:styleId="HafifBavuru">
    <w:name w:val="Subtle Reference"/>
    <w:basedOn w:val="VarsaylanParagrafYazTipi"/>
    <w:uiPriority w:val="31"/>
    <w:qFormat/>
    <w:rsid w:val="00FC693F"/>
    <w:rPr>
      <w:smallCaps/>
      <w:color w:val="C0504D" w:themeColor="accent2"/>
      <w:u w:val="single"/>
    </w:rPr>
  </w:style>
  <w:style w:type="character" w:styleId="GlBavuru">
    <w:name w:val="Intense Reference"/>
    <w:basedOn w:val="VarsaylanParagrafYazTipi"/>
    <w:uiPriority w:val="32"/>
    <w:qFormat/>
    <w:rsid w:val="00FC693F"/>
    <w:rPr>
      <w:b/>
      <w:bCs/>
      <w:smallCaps/>
      <w:color w:val="C0504D" w:themeColor="accent2"/>
      <w:spacing w:val="5"/>
      <w:u w:val="single"/>
    </w:rPr>
  </w:style>
  <w:style w:type="character" w:styleId="KitapBal">
    <w:name w:val="Book Title"/>
    <w:basedOn w:val="VarsaylanParagrafYazTipi"/>
    <w:uiPriority w:val="33"/>
    <w:qFormat/>
    <w:rsid w:val="00FC693F"/>
    <w:rPr>
      <w:b/>
      <w:bCs/>
      <w:smallCaps/>
      <w:spacing w:val="5"/>
    </w:rPr>
  </w:style>
  <w:style w:type="paragraph" w:styleId="TBal">
    <w:name w:val="TOC Heading"/>
    <w:basedOn w:val="Balk1"/>
    <w:next w:val="Normal"/>
    <w:uiPriority w:val="39"/>
    <w:semiHidden/>
    <w:unhideWhenUsed/>
    <w:qFormat/>
    <w:rsid w:val="00FC693F"/>
    <w:pPr>
      <w:outlineLvl w:val="9"/>
    </w:pPr>
  </w:style>
  <w:style w:type="table" w:styleId="TabloKlavuzu">
    <w:name w:val="Table Grid"/>
    <w:basedOn w:val="NormalTablo"/>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kGlgeleme">
    <w:name w:val="Light Shading"/>
    <w:basedOn w:val="NormalTablo"/>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AkGlgeleme-Vurgu1">
    <w:name w:val="Light Shading Accent 1"/>
    <w:basedOn w:val="NormalTablo"/>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AkGlgeleme-Vurgu2">
    <w:name w:val="Light Shading Accent 2"/>
    <w:basedOn w:val="NormalTablo"/>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AkGlgeleme-Vurgu3">
    <w:name w:val="Light Shading Accent 3"/>
    <w:basedOn w:val="NormalTablo"/>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AkGlgeleme-Vurgu4">
    <w:name w:val="Light Shading Accent 4"/>
    <w:basedOn w:val="NormalTablo"/>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AkGlgeleme-Vurgu5">
    <w:name w:val="Light Shading Accent 5"/>
    <w:basedOn w:val="NormalTablo"/>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AkGlgeleme-Vurgu6">
    <w:name w:val="Light Shading Accent 6"/>
    <w:basedOn w:val="NormalTablo"/>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kListe">
    <w:name w:val="Light List"/>
    <w:basedOn w:val="NormalTablo"/>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AkListe-Vurgu1">
    <w:name w:val="Light List Accent 1"/>
    <w:basedOn w:val="NormalTablo"/>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AkListe-Vurgu2">
    <w:name w:val="Light List Accent 2"/>
    <w:basedOn w:val="NormalTablo"/>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AkListe-Vurgu3">
    <w:name w:val="Light List Accent 3"/>
    <w:basedOn w:val="NormalTablo"/>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AkListe-Vurgu4">
    <w:name w:val="Light List Accent 4"/>
    <w:basedOn w:val="NormalTablo"/>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AkListe-Vurgu5">
    <w:name w:val="Light List Accent 5"/>
    <w:basedOn w:val="NormalTablo"/>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AkListe-Vurgu6">
    <w:name w:val="Light List Accent 6"/>
    <w:basedOn w:val="NormalTablo"/>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kKlavuz">
    <w:name w:val="Light Grid"/>
    <w:basedOn w:val="NormalTablo"/>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AkKlavuz-Vurgu1">
    <w:name w:val="Light Grid Accent 1"/>
    <w:basedOn w:val="NormalTablo"/>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AkKlavuz-Vurgu2">
    <w:name w:val="Light Grid Accent 2"/>
    <w:basedOn w:val="NormalTablo"/>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AkKlavuz-Vurgu3">
    <w:name w:val="Light Grid Accent 3"/>
    <w:basedOn w:val="NormalTablo"/>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AkKlavuz-Vurgu4">
    <w:name w:val="Light Grid Accent 4"/>
    <w:basedOn w:val="NormalTablo"/>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AkKlavuz-Vurgu5">
    <w:name w:val="Light Grid Accent 5"/>
    <w:basedOn w:val="NormalTablo"/>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AkKlavuz-Vurgu6">
    <w:name w:val="Light Grid Accent 6"/>
    <w:basedOn w:val="NormalTablo"/>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OrtaGlgeleme1">
    <w:name w:val="Medium Shading 1"/>
    <w:basedOn w:val="NormalTablo"/>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OrtaGlgeleme1-Vurgu1">
    <w:name w:val="Medium Shading 1 Accent 1"/>
    <w:basedOn w:val="NormalTablo"/>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OrtaGlgeleme1-Vurgu2">
    <w:name w:val="Medium Shading 1 Accent 2"/>
    <w:basedOn w:val="NormalTablo"/>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OrtaGlgeleme1-Vurgu3">
    <w:name w:val="Medium Shading 1 Accent 3"/>
    <w:basedOn w:val="NormalTablo"/>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OrtaGlgeleme1-Vurgu4">
    <w:name w:val="Medium Shading 1 Accent 4"/>
    <w:basedOn w:val="NormalTablo"/>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OrtaGlgeleme1-Vurgu5">
    <w:name w:val="Medium Shading 1 Accent 5"/>
    <w:basedOn w:val="NormalTablo"/>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OrtaGlgeleme1-Vurgu6">
    <w:name w:val="Medium Shading 1 Accent 6"/>
    <w:basedOn w:val="NormalTablo"/>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OrtaGlgeleme2">
    <w:name w:val="Medium Shading 2"/>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1">
    <w:name w:val="Medium Shading 2 Accent 1"/>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2">
    <w:name w:val="Medium Shading 2 Accent 2"/>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3">
    <w:name w:val="Medium Shading 2 Accent 3"/>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4">
    <w:name w:val="Medium Shading 2 Accent 4"/>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5">
    <w:name w:val="Medium Shading 2 Accent 5"/>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6">
    <w:name w:val="Medium Shading 2 Accent 6"/>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Liste1">
    <w:name w:val="Medium List 1"/>
    <w:basedOn w:val="NormalTablo"/>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OrtaListe1-Vurgu1">
    <w:name w:val="Medium List 1 Accent 1"/>
    <w:basedOn w:val="NormalTablo"/>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OrtaListe1-Vurgu2">
    <w:name w:val="Medium List 1 Accent 2"/>
    <w:basedOn w:val="NormalTablo"/>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OrtaListe1-Vurgu3">
    <w:name w:val="Medium List 1 Accent 3"/>
    <w:basedOn w:val="NormalTablo"/>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OrtaListe1-Vurgu4">
    <w:name w:val="Medium List 1 Accent 4"/>
    <w:basedOn w:val="NormalTablo"/>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OrtaListe1-Vurgu5">
    <w:name w:val="Medium List 1 Accent 5"/>
    <w:basedOn w:val="NormalTablo"/>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OrtaListe1-Vurgu6">
    <w:name w:val="Medium List 1 Accent 6"/>
    <w:basedOn w:val="NormalTablo"/>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OrtaListe2">
    <w:name w:val="Medium List 2"/>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2-Vurgu1">
    <w:name w:val="Medium List 2 Accent 1"/>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2">
    <w:name w:val="Medium List 2 Accent 2"/>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3">
    <w:name w:val="Medium List 2 Accent 3"/>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4">
    <w:name w:val="Medium List 2 Accent 4"/>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5">
    <w:name w:val="Medium List 2 Accent 5"/>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6">
    <w:name w:val="Medium List 2 Accent 6"/>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OrtaKlavuz1">
    <w:name w:val="Medium Grid 1"/>
    <w:basedOn w:val="NormalTablo"/>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OrtaKlavuz1-Vurgu1">
    <w:name w:val="Medium Grid 1 Accent 1"/>
    <w:basedOn w:val="NormalTablo"/>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OrtaKlavuz1-Vurgu2">
    <w:name w:val="Medium Grid 1 Accent 2"/>
    <w:basedOn w:val="NormalTablo"/>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OrtaKlavuz1-Vurgu3">
    <w:name w:val="Medium Grid 1 Accent 3"/>
    <w:basedOn w:val="NormalTablo"/>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OrtaKlavuz1-Vurgu4">
    <w:name w:val="Medium Grid 1 Accent 4"/>
    <w:basedOn w:val="NormalTablo"/>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OrtaKlavuz1-Vurgu5">
    <w:name w:val="Medium Grid 1 Accent 5"/>
    <w:basedOn w:val="NormalTablo"/>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OrtaKlavuz1-Vurgu6">
    <w:name w:val="Medium Grid 1 Accent 6"/>
    <w:basedOn w:val="NormalTablo"/>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OrtaKlavuz2">
    <w:name w:val="Medium Grid 2"/>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OrtaKlavuz2-Vurgu1">
    <w:name w:val="Medium Grid 2 Accent 1"/>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OrtaKlavuz2-Vurgu2">
    <w:name w:val="Medium Grid 2 Accent 2"/>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OrtaKlavuz2-Vurgu3">
    <w:name w:val="Medium Grid 2 Accent 3"/>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OrtaKlavuz2-Vurgu4">
    <w:name w:val="Medium Grid 2 Accent 4"/>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OrtaKlavuz2-Vurgu5">
    <w:name w:val="Medium Grid 2 Accent 5"/>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OrtaKlavuz2-Vurgu6">
    <w:name w:val="Medium Grid 2 Accent 6"/>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OrtaKlavuz3">
    <w:name w:val="Medium Grid 3"/>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OrtaKlavuz3-Vurgu1">
    <w:name w:val="Medium Grid 3 Accent 1"/>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OrtaKlavuz3-Vurgu2">
    <w:name w:val="Medium Grid 3 Accent 2"/>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OrtaKlavuz3-Vurgu3">
    <w:name w:val="Medium Grid 3 Accent 3"/>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OrtaKlavuz3-Vurgu4">
    <w:name w:val="Medium Grid 3 Accent 4"/>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OrtaKlavuz3-Vurgu5">
    <w:name w:val="Medium Grid 3 Accent 5"/>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OrtaKlavuz3-Vurgu6">
    <w:name w:val="Medium Grid 3 Accent 6"/>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KoyuListe">
    <w:name w:val="Dark List"/>
    <w:basedOn w:val="NormalTablo"/>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KoyuListe-Vurgu1">
    <w:name w:val="Dark List Accent 1"/>
    <w:basedOn w:val="NormalTablo"/>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KoyuListe-Vurgu2">
    <w:name w:val="Dark List Accent 2"/>
    <w:basedOn w:val="NormalTablo"/>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KoyuListe-Vurgu3">
    <w:name w:val="Dark List Accent 3"/>
    <w:basedOn w:val="NormalTablo"/>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KoyuListe-Vurgu4">
    <w:name w:val="Dark List Accent 4"/>
    <w:basedOn w:val="NormalTablo"/>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KoyuListe-Vurgu5">
    <w:name w:val="Dark List Accent 5"/>
    <w:basedOn w:val="NormalTablo"/>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KoyuListe-Vurgu6">
    <w:name w:val="Dark List Accent 6"/>
    <w:basedOn w:val="NormalTablo"/>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RenkliGlgeleme">
    <w:name w:val="Colorful Shading"/>
    <w:basedOn w:val="NormalTabl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RenkliGlgeleme-Vurgu1">
    <w:name w:val="Colorful Shading Accent 1"/>
    <w:basedOn w:val="NormalTabl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RenkliGlgeleme-Vurgu2">
    <w:name w:val="Colorful Shading Accent 2"/>
    <w:basedOn w:val="NormalTabl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RenkliGlgeleme-Vurgu3">
    <w:name w:val="Colorful Shading Accent 3"/>
    <w:basedOn w:val="NormalTablo"/>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RenkliGlgeleme-Vurgu4">
    <w:name w:val="Colorful Shading Accent 4"/>
    <w:basedOn w:val="NormalTablo"/>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RenkliGlgeleme-Vurgu5">
    <w:name w:val="Colorful Shading Accent 5"/>
    <w:basedOn w:val="NormalTablo"/>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RenkliGlgeleme-Vurgu6">
    <w:name w:val="Colorful Shading Accent 6"/>
    <w:basedOn w:val="NormalTablo"/>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RenkliListe">
    <w:name w:val="Colorful List"/>
    <w:basedOn w:val="NormalTablo"/>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RenkliListe-Vurgu1">
    <w:name w:val="Colorful List Accent 1"/>
    <w:basedOn w:val="NormalTablo"/>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RenkliListe-Vurgu2">
    <w:name w:val="Colorful List Accent 2"/>
    <w:basedOn w:val="NormalTablo"/>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RenkliListe-Vurgu3">
    <w:name w:val="Colorful List Accent 3"/>
    <w:basedOn w:val="NormalTablo"/>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RenkliListe-Vurgu4">
    <w:name w:val="Colorful List Accent 4"/>
    <w:basedOn w:val="NormalTablo"/>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RenkliListe-Vurgu5">
    <w:name w:val="Colorful List Accent 5"/>
    <w:basedOn w:val="NormalTablo"/>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RenkliListe-Vurgu6">
    <w:name w:val="Colorful List Accent 6"/>
    <w:basedOn w:val="NormalTablo"/>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RenkliKlavuz">
    <w:name w:val="Colorful Grid"/>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RenkliKlavuz-Vurgu1">
    <w:name w:val="Colorful Grid Accent 1"/>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RenkliKlavuz-Vurgu2">
    <w:name w:val="Colorful Grid Accent 2"/>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RenkliKlavuz-Vurgu3">
    <w:name w:val="Colorful Grid Accent 3"/>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RenkliKlavuz-Vurgu4">
    <w:name w:val="Colorful Grid Accent 4"/>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RenkliKlavuz-Vurgu5">
    <w:name w:val="Colorful Grid Accent 5"/>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RenkliKlavuz-Vurgu6">
    <w:name w:val="Colorful Grid Accent 6"/>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DipnotMetni">
    <w:name w:val="footnote text"/>
    <w:basedOn w:val="Normal"/>
    <w:link w:val="DipnotMetniChar"/>
    <w:uiPriority w:val="99"/>
    <w:semiHidden/>
    <w:unhideWhenUsed/>
    <w:rsid w:val="00DE0947"/>
    <w:pPr>
      <w:spacing w:before="0" w:after="0" w:line="240" w:lineRule="auto"/>
    </w:pPr>
    <w:rPr>
      <w:sz w:val="20"/>
      <w:szCs w:val="20"/>
    </w:rPr>
  </w:style>
  <w:style w:type="character" w:customStyle="1" w:styleId="DipnotMetniChar">
    <w:name w:val="Dipnot Metni Char"/>
    <w:basedOn w:val="VarsaylanParagrafYazTipi"/>
    <w:link w:val="DipnotMetni"/>
    <w:uiPriority w:val="99"/>
    <w:semiHidden/>
    <w:rsid w:val="00DE0947"/>
    <w:rPr>
      <w:rFonts w:ascii="Times New Roman" w:eastAsia="Times New Roman" w:hAnsi="Times New Roman"/>
      <w:sz w:val="20"/>
      <w:szCs w:val="20"/>
      <w:lang w:val="tr-TR"/>
    </w:rPr>
  </w:style>
  <w:style w:type="character" w:styleId="DipnotBavurusu">
    <w:name w:val="footnote reference"/>
    <w:basedOn w:val="VarsaylanParagrafYazTipi"/>
    <w:semiHidden/>
    <w:unhideWhenUsed/>
    <w:rsid w:val="00DE0947"/>
    <w:rPr>
      <w:vertAlign w:val="superscript"/>
    </w:rPr>
  </w:style>
  <w:style w:type="character" w:styleId="Kpr">
    <w:name w:val="Hyperlink"/>
    <w:basedOn w:val="VarsaylanParagrafYazTipi"/>
    <w:uiPriority w:val="99"/>
    <w:unhideWhenUsed/>
    <w:rsid w:val="00DE0947"/>
    <w:rPr>
      <w:color w:val="0000FF" w:themeColor="hyperlink"/>
      <w:u w:val="single"/>
    </w:rPr>
  </w:style>
  <w:style w:type="character" w:styleId="zmlenmeyenBahsetme">
    <w:name w:val="Unresolved Mention"/>
    <w:basedOn w:val="VarsaylanParagrafYazTipi"/>
    <w:uiPriority w:val="99"/>
    <w:semiHidden/>
    <w:unhideWhenUsed/>
    <w:rsid w:val="00DE0947"/>
    <w:rPr>
      <w:color w:val="605E5C"/>
      <w:shd w:val="clear" w:color="auto" w:fill="E1DFDD"/>
    </w:rPr>
  </w:style>
  <w:style w:type="paragraph" w:customStyle="1" w:styleId="font-claude-response-body">
    <w:name w:val="font-claude-response-body"/>
    <w:basedOn w:val="Normal"/>
    <w:rsid w:val="00DE0947"/>
    <w:pPr>
      <w:spacing w:before="100" w:beforeAutospacing="1" w:after="100" w:afterAutospacing="1" w:line="240" w:lineRule="auto"/>
    </w:pPr>
    <w:rPr>
      <w:rFonts w:cs="Times New Roman"/>
      <w:sz w:val="24"/>
      <w:szCs w:val="24"/>
      <w:lang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yperlink" Target="mailto:ebyuilahiyatsempozyum@erzincan.edu.tr"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s://www.isnadsistemi.org/guide/isnad2/akademik-yazim/5-anahtar-kelimelerin-secimi/" TargetMode="External"/><Relationship Id="rId4" Type="http://schemas.openxmlformats.org/officeDocument/2006/relationships/settings" Target="settings.xml"/><Relationship Id="rId9" Type="http://schemas.openxmlformats.org/officeDocument/2006/relationships/hyperlink" Target="https://www.isnadsistemi.org/guide/isnad2/akademik-yazim/5-anahtar-kelimelerin-secimi/" TargetMode="External"/></Relationships>
</file>

<file path=word/_rels/footnotes.xml.rels><?xml version="1.0" encoding="UTF-8" standalone="yes"?>
<Relationships xmlns="http://schemas.openxmlformats.org/package/2006/relationships"><Relationship Id="rId2" Type="http://schemas.openxmlformats.org/officeDocument/2006/relationships/hyperlink" Target="mailto:ebyuilahiyatsempozyum@erzincan.edu.tr" TargetMode="External"/><Relationship Id="rId1" Type="http://schemas.openxmlformats.org/officeDocument/2006/relationships/hyperlink" Target="mailto:ebyuilahiyatsempozyum@erzincan.edu.t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76</TotalTime>
  <Pages>3</Pages>
  <Words>1199</Words>
  <Characters>6840</Characters>
  <Application>Microsoft Office Word</Application>
  <DocSecurity>0</DocSecurity>
  <Lines>57</Lines>
  <Paragraphs>16</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8023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İsmail Hakkı Sezgin</cp:lastModifiedBy>
  <cp:revision>10</cp:revision>
  <cp:lastPrinted>2026-05-09T11:49:00Z</cp:lastPrinted>
  <dcterms:created xsi:type="dcterms:W3CDTF">2013-12-23T23:15:00Z</dcterms:created>
  <dcterms:modified xsi:type="dcterms:W3CDTF">2026-06-17T10:39:00Z</dcterms:modified>
  <cp:category/>
</cp:coreProperties>
</file>